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B084" w14:textId="77777777" w:rsidR="00C5032E" w:rsidRDefault="00C5032E" w:rsidP="00C5032E">
      <w:pPr>
        <w:pStyle w:val="Corpotesto"/>
        <w:spacing w:before="12" w:line="240" w:lineRule="auto"/>
        <w:ind w:right="-61"/>
        <w:jc w:val="right"/>
        <w:rPr>
          <w:rFonts w:asciiTheme="minorHAnsi" w:hAnsiTheme="minorHAnsi" w:cstheme="minorHAnsi"/>
          <w:bCs/>
        </w:rPr>
      </w:pPr>
      <w:r w:rsidRPr="000F7377">
        <w:rPr>
          <w:rFonts w:asciiTheme="minorHAnsi" w:hAnsiTheme="minorHAnsi" w:cstheme="minorHAnsi"/>
          <w:bCs/>
        </w:rPr>
        <w:t>REGIONE SICILIANA</w:t>
      </w:r>
    </w:p>
    <w:p w14:paraId="77EC9E3A" w14:textId="77777777" w:rsidR="00C5032E" w:rsidRPr="000F7377" w:rsidRDefault="00C5032E" w:rsidP="00C5032E">
      <w:pPr>
        <w:pStyle w:val="Corpotesto"/>
        <w:spacing w:before="12" w:line="240" w:lineRule="auto"/>
        <w:ind w:right="-61"/>
        <w:jc w:val="righ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Dipartimento dello Sviluppo Rurale e Territoriale</w:t>
      </w:r>
    </w:p>
    <w:p w14:paraId="4B7F14F3" w14:textId="77777777" w:rsidR="00C5032E" w:rsidRDefault="00C5032E" w:rsidP="00C5032E">
      <w:pPr>
        <w:spacing w:line="240" w:lineRule="auto"/>
        <w:ind w:right="-61"/>
        <w:jc w:val="right"/>
        <w:rPr>
          <w:rFonts w:asciiTheme="minorHAnsi" w:hAnsiTheme="minorHAnsi" w:cstheme="minorHAnsi"/>
          <w:sz w:val="24"/>
          <w:szCs w:val="24"/>
        </w:rPr>
      </w:pPr>
      <w:r w:rsidRPr="00394825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Servizio 13 - </w:t>
      </w:r>
      <w:r w:rsidRPr="00394825">
        <w:rPr>
          <w:rFonts w:asciiTheme="minorHAnsi" w:hAnsiTheme="minorHAnsi" w:cstheme="minorHAnsi"/>
          <w:sz w:val="24"/>
          <w:szCs w:val="24"/>
        </w:rPr>
        <w:t>Servizio per il Territorio di</w:t>
      </w:r>
      <w:r>
        <w:rPr>
          <w:rFonts w:asciiTheme="minorHAnsi" w:hAnsiTheme="minorHAnsi" w:cstheme="minorHAnsi"/>
          <w:sz w:val="24"/>
          <w:szCs w:val="24"/>
        </w:rPr>
        <w:t xml:space="preserve"> MESSINA</w:t>
      </w:r>
    </w:p>
    <w:p w14:paraId="2B2E7966" w14:textId="77777777" w:rsidR="00C5032E" w:rsidRPr="006472AF" w:rsidRDefault="00C5032E" w:rsidP="00C5032E">
      <w:pPr>
        <w:spacing w:after="0" w:line="240" w:lineRule="auto"/>
        <w:ind w:right="-61"/>
        <w:jc w:val="right"/>
        <w:rPr>
          <w:rFonts w:asciiTheme="majorHAnsi" w:hAnsiTheme="majorHAnsi" w:cstheme="majorHAnsi"/>
          <w:color w:val="auto"/>
        </w:rPr>
      </w:pPr>
      <w:r w:rsidRPr="006472AF">
        <w:rPr>
          <w:rFonts w:asciiTheme="majorHAnsi" w:hAnsiTheme="majorHAnsi" w:cstheme="majorHAnsi"/>
          <w:color w:val="auto"/>
        </w:rPr>
        <w:t>PEC:</w:t>
      </w:r>
      <w:r w:rsidRPr="006472AF">
        <w:rPr>
          <w:rFonts w:asciiTheme="majorHAnsi" w:hAnsiTheme="majorHAnsi" w:cstheme="majorHAnsi"/>
          <w:color w:val="auto"/>
          <w:lang w:val="it-IT"/>
        </w:rPr>
        <w:t xml:space="preserve"> </w:t>
      </w:r>
      <w:hyperlink r:id="rId8" w:history="1">
        <w:r w:rsidRPr="006472AF">
          <w:rPr>
            <w:rStyle w:val="Collegamentoipertestuale"/>
            <w:rFonts w:asciiTheme="majorHAnsi" w:hAnsiTheme="majorHAnsi" w:cstheme="majorHAnsi"/>
            <w:lang w:val="it-IT"/>
          </w:rPr>
          <w:t>dipartimento.azienda.foreste@certmail.regione.sicilia.it</w:t>
        </w:r>
      </w:hyperlink>
    </w:p>
    <w:p w14:paraId="6ECC3587" w14:textId="77777777" w:rsidR="00C5032E" w:rsidRDefault="00C5032E" w:rsidP="00C5032E">
      <w:pPr>
        <w:spacing w:line="240" w:lineRule="auto"/>
        <w:ind w:right="855"/>
        <w:jc w:val="right"/>
        <w:rPr>
          <w:rFonts w:asciiTheme="minorHAnsi" w:hAnsiTheme="minorHAnsi" w:cstheme="minorHAnsi"/>
          <w:sz w:val="24"/>
          <w:szCs w:val="24"/>
        </w:rPr>
      </w:pPr>
    </w:p>
    <w:p w14:paraId="68B00D09" w14:textId="77777777" w:rsidR="00A8616D" w:rsidRDefault="00A8616D">
      <w:pPr>
        <w:rPr>
          <w:b/>
          <w:sz w:val="40"/>
        </w:rPr>
      </w:pPr>
    </w:p>
    <w:p w14:paraId="0C7BB523" w14:textId="6AA8CC3C" w:rsidR="00B4702D" w:rsidRPr="00A8616D" w:rsidRDefault="00000000" w:rsidP="00A8616D">
      <w:pPr>
        <w:jc w:val="center"/>
        <w:rPr>
          <w:bCs/>
          <w:sz w:val="28"/>
          <w:szCs w:val="28"/>
        </w:rPr>
      </w:pPr>
      <w:r w:rsidRPr="00A8616D">
        <w:rPr>
          <w:bCs/>
          <w:sz w:val="28"/>
          <w:szCs w:val="28"/>
        </w:rPr>
        <w:t>MODELLO DI MANIFESTAZIONE DI INTERESSE E OFFERTA ECONOMICA</w:t>
      </w:r>
    </w:p>
    <w:p w14:paraId="00E0BE6F" w14:textId="77777777" w:rsidR="00B4702D" w:rsidRPr="00A8616D" w:rsidRDefault="00000000">
      <w:pPr>
        <w:spacing w:after="320"/>
        <w:rPr>
          <w:iCs/>
          <w:color w:val="auto"/>
          <w:sz w:val="24"/>
          <w:szCs w:val="24"/>
        </w:rPr>
      </w:pPr>
      <w:r w:rsidRPr="00A8616D">
        <w:rPr>
          <w:iCs/>
          <w:color w:val="auto"/>
          <w:sz w:val="24"/>
          <w:szCs w:val="24"/>
        </w:rPr>
        <w:t>Da utilizzare per la partecipazione alla procedura di vendita a corpo del lotto unico</w:t>
      </w:r>
    </w:p>
    <w:p w14:paraId="48F65D13" w14:textId="69A11C0F" w:rsidR="00B4702D" w:rsidRDefault="00000000" w:rsidP="003100D6">
      <w:pPr>
        <w:spacing w:after="0" w:line="240" w:lineRule="auto"/>
        <w:jc w:val="both"/>
        <w:rPr>
          <w:rFonts w:asciiTheme="majorHAnsi" w:hAnsiTheme="majorHAnsi" w:cstheme="majorHAnsi"/>
          <w:b/>
          <w:color w:val="auto"/>
        </w:rPr>
      </w:pPr>
      <w:r w:rsidRPr="00A8616D">
        <w:rPr>
          <w:rFonts w:asciiTheme="majorHAnsi" w:hAnsiTheme="majorHAnsi" w:cstheme="majorHAnsi"/>
          <w:b/>
          <w:color w:val="auto"/>
        </w:rPr>
        <w:t>ATTENZIONE Il modello deve essere compilato in ogni sua parte, sottoscritto e presentato insieme alla documentazione richiesta dall’avviso pubblico.</w:t>
      </w:r>
    </w:p>
    <w:p w14:paraId="6FC46E3B" w14:textId="77777777" w:rsidR="00A8616D" w:rsidRPr="00A8616D" w:rsidRDefault="00A8616D" w:rsidP="00A8616D">
      <w:pPr>
        <w:spacing w:after="0" w:line="240" w:lineRule="auto"/>
        <w:rPr>
          <w:rFonts w:asciiTheme="majorHAnsi" w:hAnsiTheme="majorHAnsi" w:cstheme="majorHAnsi"/>
          <w:color w:val="auto"/>
        </w:rPr>
      </w:pPr>
    </w:p>
    <w:p w14:paraId="2E5D76F3" w14:textId="77777777" w:rsidR="00B4702D" w:rsidRPr="00A8616D" w:rsidRDefault="00000000" w:rsidP="00A8616D">
      <w:pPr>
        <w:pStyle w:val="Titolo1"/>
        <w:spacing w:before="0" w:after="0" w:line="360" w:lineRule="auto"/>
        <w:rPr>
          <w:rFonts w:cstheme="majorHAnsi"/>
          <w:b w:val="0"/>
          <w:bCs w:val="0"/>
          <w:color w:val="auto"/>
          <w:sz w:val="22"/>
          <w:szCs w:val="22"/>
        </w:rPr>
      </w:pPr>
      <w:r w:rsidRPr="00A8616D">
        <w:rPr>
          <w:rFonts w:cstheme="majorHAnsi"/>
          <w:b w:val="0"/>
          <w:bCs w:val="0"/>
          <w:color w:val="auto"/>
          <w:sz w:val="22"/>
          <w:szCs w:val="22"/>
        </w:rPr>
        <w:t>A. Dati del concorrente</w:t>
      </w:r>
    </w:p>
    <w:p w14:paraId="52A90D6F" w14:textId="1BC70E2F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Denominazione / ragione sociale: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_____________________________________________________________</w:t>
      </w:r>
    </w:p>
    <w:p w14:paraId="3A754E44" w14:textId="0F90F7C4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Forma giuridica: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___________________________________________________________________________</w:t>
      </w:r>
    </w:p>
    <w:p w14:paraId="4148529B" w14:textId="790175DA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Sede legale: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______________________________________________________________________________</w:t>
      </w:r>
    </w:p>
    <w:p w14:paraId="0E95DE3A" w14:textId="10C2E3A9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Codice fiscale e partita IVA: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_________________________________________________________________</w:t>
      </w:r>
    </w:p>
    <w:p w14:paraId="267B0959" w14:textId="36E250D3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Numero di iscrizione al Registro Imprese: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</w:t>
      </w:r>
    </w:p>
    <w:p w14:paraId="59227099" w14:textId="559E7F65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Telefono: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________________________________________________________________________________</w:t>
      </w:r>
    </w:p>
    <w:p w14:paraId="1946928C" w14:textId="09D5765A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PEC: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____________________________________________________________________________________</w:t>
      </w:r>
    </w:p>
    <w:p w14:paraId="4370CD17" w14:textId="3C92A51A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Legale rappresentante: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_____________________________________________________________________</w:t>
      </w:r>
    </w:p>
    <w:p w14:paraId="5978C917" w14:textId="5A253652" w:rsidR="00B4702D" w:rsidRPr="00A8616D" w:rsidRDefault="00000000" w:rsidP="00A8616D">
      <w:pPr>
        <w:spacing w:after="0" w:line="36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 xml:space="preserve">Codice fiscale del legale rappresentante: </w:t>
      </w:r>
      <w:r w:rsidR="003100D6">
        <w:rPr>
          <w:rFonts w:asciiTheme="majorHAnsi" w:hAnsiTheme="majorHAnsi" w:cstheme="majorHAnsi"/>
          <w:color w:val="auto"/>
        </w:rPr>
        <w:t>_______________________________________________________</w:t>
      </w:r>
    </w:p>
    <w:p w14:paraId="085EA867" w14:textId="77777777" w:rsidR="00A8616D" w:rsidRPr="00A8616D" w:rsidRDefault="00A8616D" w:rsidP="00A8616D">
      <w:pPr>
        <w:spacing w:after="0" w:line="240" w:lineRule="auto"/>
        <w:rPr>
          <w:rFonts w:asciiTheme="majorHAnsi" w:hAnsiTheme="majorHAnsi" w:cstheme="majorHAnsi"/>
          <w:color w:val="auto"/>
        </w:rPr>
      </w:pPr>
    </w:p>
    <w:p w14:paraId="09C75A1D" w14:textId="77777777" w:rsidR="00B4702D" w:rsidRPr="00A8616D" w:rsidRDefault="00000000" w:rsidP="00A8616D">
      <w:pPr>
        <w:pStyle w:val="Titolo1"/>
        <w:spacing w:before="0" w:after="0" w:line="240" w:lineRule="auto"/>
        <w:rPr>
          <w:rFonts w:cstheme="majorHAnsi"/>
          <w:color w:val="auto"/>
          <w:sz w:val="22"/>
          <w:szCs w:val="22"/>
        </w:rPr>
      </w:pPr>
      <w:r w:rsidRPr="00A8616D">
        <w:rPr>
          <w:rFonts w:cstheme="majorHAnsi"/>
          <w:color w:val="auto"/>
          <w:sz w:val="22"/>
          <w:szCs w:val="22"/>
        </w:rPr>
        <w:t>B. Manifestazione di interesse</w:t>
      </w:r>
    </w:p>
    <w:p w14:paraId="3FD8CD72" w14:textId="77777777" w:rsidR="00B4702D" w:rsidRPr="00A8616D" w:rsidRDefault="00000000" w:rsidP="00A8616D">
      <w:pPr>
        <w:spacing w:after="0" w:line="240" w:lineRule="auto"/>
        <w:jc w:val="both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Il/La sottoscritto/a, in qualità di legale rappresentante o soggetto munito dei necessari poteri, manifesta il proprio interesse a partecipare alla procedura per la vendita a corpo del lotto unico di materiale legnoso di conifere già abbattuto e giacente a terra nei demani Nocerazzo, Faggita e Vuturi, nei Comuni di Roccella Valdemone, Tripi e Francavilla di Sicilia.</w:t>
      </w:r>
    </w:p>
    <w:p w14:paraId="7B4E701E" w14:textId="77777777" w:rsidR="00B4702D" w:rsidRPr="00A8616D" w:rsidRDefault="00000000" w:rsidP="00A8616D">
      <w:pPr>
        <w:spacing w:after="0" w:line="240" w:lineRule="auto"/>
        <w:jc w:val="both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A tal fine dichiara di aver preso conoscenza dell’avviso pubblico, del disciplinare di vendita e della relazione tecnico-estimativa e di accettarne integralmente contenuti, condizioni e prescrizioni.</w:t>
      </w:r>
    </w:p>
    <w:p w14:paraId="0B3029B6" w14:textId="77777777" w:rsidR="00B4702D" w:rsidRPr="00A8616D" w:rsidRDefault="00000000" w:rsidP="00A8616D">
      <w:pPr>
        <w:pStyle w:val="Titolo1"/>
        <w:spacing w:before="0" w:after="0" w:line="240" w:lineRule="auto"/>
        <w:rPr>
          <w:rFonts w:cstheme="majorHAnsi"/>
          <w:color w:val="auto"/>
          <w:sz w:val="22"/>
          <w:szCs w:val="22"/>
        </w:rPr>
      </w:pPr>
      <w:r w:rsidRPr="00A8616D">
        <w:rPr>
          <w:rFonts w:cstheme="majorHAnsi"/>
          <w:color w:val="auto"/>
          <w:sz w:val="22"/>
          <w:szCs w:val="22"/>
        </w:rPr>
        <w:t>C. Dichiarazioni del concorrente</w:t>
      </w:r>
    </w:p>
    <w:p w14:paraId="51BCD381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possedere i requisiti richiesti dall’avviso;</w:t>
      </w:r>
    </w:p>
    <w:p w14:paraId="540AD208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essere in possesso di mezzi, attrezzature e personale idonei;</w:t>
      </w:r>
    </w:p>
    <w:p w14:paraId="3E285266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conoscere lo stato dei luoghi e le condizioni di accesso;</w:t>
      </w:r>
    </w:p>
    <w:p w14:paraId="2BEDF690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accettare la vendita a corpo, senza pesature finali e senza conguagli;</w:t>
      </w:r>
    </w:p>
    <w:p w14:paraId="6318AE2E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accettare la consistenza netta presunta di circa 280 t come dato non garantito;</w:t>
      </w:r>
    </w:p>
    <w:p w14:paraId="44DEF992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accettare che la necromassa sia esclusa dalla vendita e lasciata in sito;</w:t>
      </w:r>
    </w:p>
    <w:p w14:paraId="39192E3B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assumere a proprio carico concentramento, esbosco, carico, trasporto e pulizia;</w:t>
      </w:r>
    </w:p>
    <w:p w14:paraId="160F5F42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impegnarsi a concludere le operazioni entro tre mesi dalla consegna;</w:t>
      </w:r>
    </w:p>
    <w:p w14:paraId="66C627F0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rispettare tutte le prescrizioni forestali, ambientali e di sicurezza;</w:t>
      </w:r>
    </w:p>
    <w:p w14:paraId="5AF70E88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lastRenderedPageBreak/>
        <w:t>di non avanzare pretese per differenze di quantità, qualità, pezzatura o stato di conservazione.</w:t>
      </w:r>
    </w:p>
    <w:p w14:paraId="52F56A45" w14:textId="77777777" w:rsidR="00B4702D" w:rsidRPr="00A8616D" w:rsidRDefault="00000000" w:rsidP="00A8616D">
      <w:pPr>
        <w:pStyle w:val="Titolo1"/>
        <w:spacing w:before="0" w:after="0" w:line="240" w:lineRule="auto"/>
        <w:rPr>
          <w:rFonts w:cstheme="majorHAnsi"/>
          <w:color w:val="auto"/>
          <w:sz w:val="22"/>
          <w:szCs w:val="22"/>
        </w:rPr>
      </w:pPr>
      <w:r w:rsidRPr="00A8616D">
        <w:rPr>
          <w:rFonts w:cstheme="majorHAnsi"/>
          <w:color w:val="auto"/>
          <w:sz w:val="22"/>
          <w:szCs w:val="22"/>
        </w:rPr>
        <w:t>D. Sopralluogo</w:t>
      </w:r>
    </w:p>
    <w:p w14:paraId="2BFAC45E" w14:textId="77777777" w:rsidR="00B4702D" w:rsidRPr="00A8616D" w:rsidRDefault="00000000" w:rsidP="00A8616D">
      <w:pPr>
        <w:spacing w:after="0" w:line="240" w:lineRule="auto"/>
        <w:jc w:val="both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Il concorrente dichiara:</w:t>
      </w:r>
    </w:p>
    <w:p w14:paraId="4E4C01D2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 aver effettuato il sopralluogo in data [__________];</w:t>
      </w:r>
    </w:p>
    <w:p w14:paraId="54EEAD8E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oppure di aver ricevuto dall’Amministrazione le informazioni necessarie e di assumere comunque ogni rischio relativo alla conoscenza delle aree e del materiale.</w:t>
      </w:r>
    </w:p>
    <w:p w14:paraId="6384F960" w14:textId="77777777" w:rsidR="00B4702D" w:rsidRPr="00A8616D" w:rsidRDefault="00000000" w:rsidP="00A8616D">
      <w:pPr>
        <w:pStyle w:val="Titolo1"/>
        <w:spacing w:before="0" w:after="0" w:line="240" w:lineRule="auto"/>
        <w:rPr>
          <w:rFonts w:cstheme="majorHAnsi"/>
          <w:color w:val="auto"/>
          <w:sz w:val="22"/>
          <w:szCs w:val="22"/>
        </w:rPr>
      </w:pPr>
      <w:r w:rsidRPr="00A8616D">
        <w:rPr>
          <w:rFonts w:cstheme="majorHAnsi"/>
          <w:color w:val="auto"/>
          <w:sz w:val="22"/>
          <w:szCs w:val="22"/>
        </w:rPr>
        <w:t>E. Offerta economica</w:t>
      </w:r>
    </w:p>
    <w:p w14:paraId="3AE17E62" w14:textId="77777777" w:rsidR="007F774C" w:rsidRPr="007F774C" w:rsidRDefault="007F774C" w:rsidP="007F774C">
      <w:pPr>
        <w:spacing w:after="0" w:line="240" w:lineRule="auto"/>
        <w:jc w:val="both"/>
        <w:rPr>
          <w:rFonts w:asciiTheme="majorHAnsi" w:hAnsiTheme="majorHAnsi" w:cstheme="majorHAnsi"/>
          <w:color w:val="auto"/>
          <w:lang w:val="it-IT"/>
        </w:rPr>
      </w:pPr>
      <w:r w:rsidRPr="007F774C">
        <w:rPr>
          <w:rFonts w:asciiTheme="majorHAnsi" w:hAnsiTheme="majorHAnsi" w:cstheme="majorHAnsi"/>
          <w:color w:val="auto"/>
          <w:lang w:val="it-IT"/>
        </w:rPr>
        <w:t xml:space="preserve">Il concorrente dichiara di presentare l’offerta economica, redatta utilizzando l’apposito modello predisposto dall’Amministrazione, all’interno della separata </w:t>
      </w:r>
      <w:r w:rsidRPr="007F774C">
        <w:rPr>
          <w:rFonts w:asciiTheme="majorHAnsi" w:hAnsiTheme="majorHAnsi" w:cstheme="majorHAnsi"/>
          <w:b/>
          <w:bCs/>
          <w:color w:val="auto"/>
          <w:lang w:val="it-IT"/>
        </w:rPr>
        <w:t>Busta B – Offerta economica</w:t>
      </w:r>
      <w:r w:rsidRPr="007F774C">
        <w:rPr>
          <w:rFonts w:asciiTheme="majorHAnsi" w:hAnsiTheme="majorHAnsi" w:cstheme="majorHAnsi"/>
          <w:color w:val="auto"/>
          <w:lang w:val="it-IT"/>
        </w:rPr>
        <w:t>, inserita nel plico di partecipazione.</w:t>
      </w:r>
    </w:p>
    <w:p w14:paraId="77BA3716" w14:textId="78E3E81D" w:rsidR="007F774C" w:rsidRPr="007F774C" w:rsidRDefault="007F774C" w:rsidP="007F774C">
      <w:pPr>
        <w:spacing w:after="0" w:line="240" w:lineRule="auto"/>
        <w:jc w:val="both"/>
        <w:rPr>
          <w:rFonts w:asciiTheme="majorHAnsi" w:hAnsiTheme="majorHAnsi" w:cstheme="majorHAnsi"/>
          <w:color w:val="auto"/>
          <w:lang w:val="it-IT"/>
        </w:rPr>
      </w:pPr>
      <w:r w:rsidRPr="007F774C">
        <w:rPr>
          <w:rFonts w:asciiTheme="majorHAnsi" w:hAnsiTheme="majorHAnsi" w:cstheme="majorHAnsi"/>
          <w:color w:val="auto"/>
          <w:lang w:val="it-IT"/>
        </w:rPr>
        <w:t xml:space="preserve">L’offerta economica sarà formulata per l’acquisto a corpo dell’intero lotto unico, in aumento rispetto al prezzo complessivo posto a base della vendita, pari a </w:t>
      </w:r>
      <w:r w:rsidRPr="007F774C">
        <w:rPr>
          <w:rFonts w:asciiTheme="majorHAnsi" w:hAnsiTheme="majorHAnsi" w:cstheme="majorHAnsi"/>
          <w:b/>
          <w:bCs/>
          <w:color w:val="auto"/>
          <w:lang w:val="it-IT"/>
        </w:rPr>
        <w:t>€ 1</w:t>
      </w:r>
      <w:r>
        <w:rPr>
          <w:rFonts w:asciiTheme="majorHAnsi" w:hAnsiTheme="majorHAnsi" w:cstheme="majorHAnsi"/>
          <w:b/>
          <w:bCs/>
          <w:color w:val="auto"/>
          <w:lang w:val="it-IT"/>
        </w:rPr>
        <w:t>4</w:t>
      </w:r>
      <w:r w:rsidRPr="007F774C">
        <w:rPr>
          <w:rFonts w:asciiTheme="majorHAnsi" w:hAnsiTheme="majorHAnsi" w:cstheme="majorHAnsi"/>
          <w:b/>
          <w:bCs/>
          <w:color w:val="auto"/>
          <w:lang w:val="it-IT"/>
        </w:rPr>
        <w:t>.</w:t>
      </w:r>
      <w:r>
        <w:rPr>
          <w:rFonts w:asciiTheme="majorHAnsi" w:hAnsiTheme="majorHAnsi" w:cstheme="majorHAnsi"/>
          <w:b/>
          <w:bCs/>
          <w:color w:val="auto"/>
          <w:lang w:val="it-IT"/>
        </w:rPr>
        <w:t>0</w:t>
      </w:r>
      <w:r w:rsidRPr="007F774C">
        <w:rPr>
          <w:rFonts w:asciiTheme="majorHAnsi" w:hAnsiTheme="majorHAnsi" w:cstheme="majorHAnsi"/>
          <w:b/>
          <w:bCs/>
          <w:color w:val="auto"/>
          <w:lang w:val="it-IT"/>
        </w:rPr>
        <w:t>00,00</w:t>
      </w:r>
      <w:r w:rsidRPr="007F774C">
        <w:rPr>
          <w:rFonts w:asciiTheme="majorHAnsi" w:hAnsiTheme="majorHAnsi" w:cstheme="majorHAnsi"/>
          <w:color w:val="auto"/>
          <w:lang w:val="it-IT"/>
        </w:rPr>
        <w:t>.</w:t>
      </w:r>
    </w:p>
    <w:p w14:paraId="3DE03DC1" w14:textId="77777777" w:rsidR="007F774C" w:rsidRPr="007F774C" w:rsidRDefault="007F774C" w:rsidP="007F774C">
      <w:pPr>
        <w:spacing w:after="0" w:line="240" w:lineRule="auto"/>
        <w:jc w:val="both"/>
        <w:rPr>
          <w:rFonts w:asciiTheme="majorHAnsi" w:hAnsiTheme="majorHAnsi" w:cstheme="majorHAnsi"/>
          <w:color w:val="auto"/>
          <w:lang w:val="it-IT"/>
        </w:rPr>
      </w:pPr>
      <w:r w:rsidRPr="007F774C">
        <w:rPr>
          <w:rFonts w:asciiTheme="majorHAnsi" w:hAnsiTheme="majorHAnsi" w:cstheme="majorHAnsi"/>
          <w:color w:val="auto"/>
          <w:lang w:val="it-IT"/>
        </w:rPr>
        <w:t>Il concorrente dichiara di essere consapevole che non saranno ammesse offerte riferite a singoli demani, offerte condizionate o offerte inferiori al prezzo posto a base della vendita.</w:t>
      </w:r>
    </w:p>
    <w:p w14:paraId="4E0BC644" w14:textId="6DA3F477" w:rsidR="00B4702D" w:rsidRPr="00A8616D" w:rsidRDefault="00000000" w:rsidP="00A8616D">
      <w:pPr>
        <w:spacing w:after="0" w:line="240" w:lineRule="auto"/>
        <w:jc w:val="both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.</w:t>
      </w:r>
    </w:p>
    <w:p w14:paraId="34C1F1D6" w14:textId="77777777" w:rsidR="00B4702D" w:rsidRPr="00A8616D" w:rsidRDefault="00000000" w:rsidP="00A8616D">
      <w:pPr>
        <w:pStyle w:val="Titolo1"/>
        <w:spacing w:before="0" w:after="0" w:line="240" w:lineRule="auto"/>
        <w:rPr>
          <w:rFonts w:cstheme="majorHAnsi"/>
          <w:color w:val="auto"/>
          <w:sz w:val="22"/>
          <w:szCs w:val="22"/>
        </w:rPr>
      </w:pPr>
      <w:r w:rsidRPr="00A8616D">
        <w:rPr>
          <w:rFonts w:cstheme="majorHAnsi"/>
          <w:color w:val="auto"/>
          <w:sz w:val="22"/>
          <w:szCs w:val="22"/>
        </w:rPr>
        <w:t>F. Impegni specifici</w:t>
      </w:r>
    </w:p>
    <w:p w14:paraId="0F6779B5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provvedere a proprie spese alle operazioni di concentramento, esbosco, carico e trasporto;</w:t>
      </w:r>
    </w:p>
    <w:p w14:paraId="0FB4DBDD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utilizzare esclusivamente i percorsi autorizzati;</w:t>
      </w:r>
    </w:p>
    <w:p w14:paraId="28636F39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non asportare necromassa o materiale escluso dalla vendita;</w:t>
      </w:r>
    </w:p>
    <w:p w14:paraId="09AEB18E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rimuovere i residui delle proprie lavorazioni e lasciare pulite le aree;</w:t>
      </w:r>
    </w:p>
    <w:p w14:paraId="0DDE51E1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rispettare le indicazioni impartite dal personale tecnico;</w:t>
      </w:r>
    </w:p>
    <w:p w14:paraId="24F7EE8B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comunicare l’inizio e la fine delle attività;</w:t>
      </w:r>
    </w:p>
    <w:p w14:paraId="5687211D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risarcire gli eventuali danni arrecati durante le operazioni.</w:t>
      </w:r>
    </w:p>
    <w:p w14:paraId="190E2E7A" w14:textId="77777777" w:rsidR="00B4702D" w:rsidRPr="00A8616D" w:rsidRDefault="00000000" w:rsidP="00A8616D">
      <w:pPr>
        <w:pStyle w:val="Titolo1"/>
        <w:spacing w:before="0" w:after="0" w:line="240" w:lineRule="auto"/>
        <w:rPr>
          <w:rFonts w:cstheme="majorHAnsi"/>
          <w:color w:val="auto"/>
          <w:sz w:val="22"/>
          <w:szCs w:val="22"/>
        </w:rPr>
      </w:pPr>
      <w:r w:rsidRPr="00A8616D">
        <w:rPr>
          <w:rFonts w:cstheme="majorHAnsi"/>
          <w:color w:val="auto"/>
          <w:sz w:val="22"/>
          <w:szCs w:val="22"/>
        </w:rPr>
        <w:t>G. Documentazione allegata</w:t>
      </w:r>
    </w:p>
    <w:p w14:paraId="5019C919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copia del documento di identità del sottoscrittore;</w:t>
      </w:r>
    </w:p>
    <w:p w14:paraId="0844A891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visura o certificato di iscrizione alla Camera di Commercio, ove necessario;</w:t>
      </w:r>
    </w:p>
    <w:p w14:paraId="4D03660B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dichiarazione sul possesso dei requisiti;</w:t>
      </w:r>
    </w:p>
    <w:p w14:paraId="166E83A6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eventuale procura;</w:t>
      </w:r>
    </w:p>
    <w:p w14:paraId="28BD2E01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attestazione di sopralluogo, ove rilasciata;</w:t>
      </w:r>
    </w:p>
    <w:p w14:paraId="7C9AA6C4" w14:textId="77777777" w:rsidR="00B4702D" w:rsidRPr="00A8616D" w:rsidRDefault="00000000" w:rsidP="00A8616D">
      <w:pPr>
        <w:pStyle w:val="Puntoelenco"/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ulteriore documentazione richiesta dall’avviso.</w:t>
      </w:r>
    </w:p>
    <w:p w14:paraId="1BF4CA3A" w14:textId="68DEDF4C" w:rsidR="00B4702D" w:rsidRPr="00A8616D" w:rsidRDefault="00000000" w:rsidP="00A8616D">
      <w:pPr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b/>
          <w:color w:val="auto"/>
        </w:rPr>
        <w:t>Luogo:</w:t>
      </w:r>
      <w:r w:rsidR="00A8616D">
        <w:rPr>
          <w:rFonts w:asciiTheme="majorHAnsi" w:hAnsiTheme="majorHAnsi" w:cstheme="majorHAnsi"/>
          <w:b/>
          <w:color w:val="auto"/>
        </w:rPr>
        <w:t>___________</w:t>
      </w:r>
    </w:p>
    <w:p w14:paraId="18FEE0D9" w14:textId="687C2F4B" w:rsidR="00B4702D" w:rsidRPr="00A8616D" w:rsidRDefault="00000000" w:rsidP="00A8616D">
      <w:pPr>
        <w:spacing w:after="0" w:line="240" w:lineRule="auto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b/>
          <w:color w:val="auto"/>
        </w:rPr>
        <w:t>Data:</w:t>
      </w:r>
      <w:r w:rsidR="003416AC">
        <w:rPr>
          <w:rFonts w:asciiTheme="majorHAnsi" w:hAnsiTheme="majorHAnsi" w:cstheme="majorHAnsi"/>
          <w:b/>
          <w:color w:val="auto"/>
        </w:rPr>
        <w:t>____________</w:t>
      </w:r>
    </w:p>
    <w:p w14:paraId="1F72FC6C" w14:textId="77777777" w:rsidR="00B4702D" w:rsidRPr="00A8616D" w:rsidRDefault="00000000" w:rsidP="00A8616D">
      <w:pPr>
        <w:spacing w:after="0" w:line="240" w:lineRule="auto"/>
        <w:jc w:val="right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b/>
          <w:color w:val="auto"/>
        </w:rPr>
        <w:t>Firma del legale rappresentante / sottoscrittore</w:t>
      </w:r>
    </w:p>
    <w:p w14:paraId="194A7382" w14:textId="77777777" w:rsidR="00B4702D" w:rsidRPr="00A8616D" w:rsidRDefault="00000000" w:rsidP="00A8616D">
      <w:pPr>
        <w:spacing w:after="0" w:line="240" w:lineRule="auto"/>
        <w:jc w:val="right"/>
        <w:rPr>
          <w:rFonts w:asciiTheme="majorHAnsi" w:hAnsiTheme="majorHAnsi" w:cstheme="majorHAnsi"/>
          <w:color w:val="auto"/>
        </w:rPr>
      </w:pPr>
      <w:r w:rsidRPr="00A8616D">
        <w:rPr>
          <w:rFonts w:asciiTheme="majorHAnsi" w:hAnsiTheme="majorHAnsi" w:cstheme="majorHAnsi"/>
          <w:color w:val="auto"/>
        </w:rPr>
        <w:t>______________________________________________</w:t>
      </w:r>
    </w:p>
    <w:sectPr w:rsidR="00B4702D" w:rsidRPr="00A8616D" w:rsidSect="00034616">
      <w:pgSz w:w="12240" w:h="15840"/>
      <w:pgMar w:top="1224" w:right="1224" w:bottom="1152" w:left="1296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CFFBF" w14:textId="77777777" w:rsidR="00F679F6" w:rsidRDefault="00F679F6">
      <w:pPr>
        <w:spacing w:after="0" w:line="240" w:lineRule="auto"/>
      </w:pPr>
      <w:r>
        <w:separator/>
      </w:r>
    </w:p>
  </w:endnote>
  <w:endnote w:type="continuationSeparator" w:id="0">
    <w:p w14:paraId="5F24146A" w14:textId="77777777" w:rsidR="00F679F6" w:rsidRDefault="00F67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6AD45" w14:textId="77777777" w:rsidR="00F679F6" w:rsidRDefault="00F679F6">
      <w:pPr>
        <w:spacing w:after="0" w:line="240" w:lineRule="auto"/>
      </w:pPr>
      <w:r>
        <w:separator/>
      </w:r>
    </w:p>
  </w:footnote>
  <w:footnote w:type="continuationSeparator" w:id="0">
    <w:p w14:paraId="7838CC5A" w14:textId="77777777" w:rsidR="00F679F6" w:rsidRDefault="00F67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0727969">
    <w:abstractNumId w:val="8"/>
  </w:num>
  <w:num w:numId="2" w16cid:durableId="1927378005">
    <w:abstractNumId w:val="6"/>
  </w:num>
  <w:num w:numId="3" w16cid:durableId="1877766908">
    <w:abstractNumId w:val="5"/>
  </w:num>
  <w:num w:numId="4" w16cid:durableId="755251228">
    <w:abstractNumId w:val="4"/>
  </w:num>
  <w:num w:numId="5" w16cid:durableId="1339111761">
    <w:abstractNumId w:val="7"/>
  </w:num>
  <w:num w:numId="6" w16cid:durableId="55974318">
    <w:abstractNumId w:val="3"/>
  </w:num>
  <w:num w:numId="7" w16cid:durableId="1121729102">
    <w:abstractNumId w:val="2"/>
  </w:num>
  <w:num w:numId="8" w16cid:durableId="2001887308">
    <w:abstractNumId w:val="1"/>
  </w:num>
  <w:num w:numId="9" w16cid:durableId="103113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EA3"/>
    <w:rsid w:val="000B77D3"/>
    <w:rsid w:val="0015074B"/>
    <w:rsid w:val="002175A6"/>
    <w:rsid w:val="0029639D"/>
    <w:rsid w:val="003100D6"/>
    <w:rsid w:val="00326F90"/>
    <w:rsid w:val="003416AC"/>
    <w:rsid w:val="004A6769"/>
    <w:rsid w:val="005B5E40"/>
    <w:rsid w:val="005C0936"/>
    <w:rsid w:val="00600E80"/>
    <w:rsid w:val="006472AF"/>
    <w:rsid w:val="007F774C"/>
    <w:rsid w:val="009D45BA"/>
    <w:rsid w:val="009E194D"/>
    <w:rsid w:val="00A8616D"/>
    <w:rsid w:val="00AA1D8D"/>
    <w:rsid w:val="00B4702D"/>
    <w:rsid w:val="00B47730"/>
    <w:rsid w:val="00C5032E"/>
    <w:rsid w:val="00CB0664"/>
    <w:rsid w:val="00F679F6"/>
    <w:rsid w:val="00FB25FF"/>
    <w:rsid w:val="00FC693F"/>
    <w:rsid w:val="00FD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EEE6B"/>
  <w14:defaultImageDpi w14:val="300"/>
  <w15:docId w15:val="{E0DA15AA-5BD3-4A93-B5B6-40AE6AC1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64" w:lineRule="auto"/>
    </w:pPr>
    <w:rPr>
      <w:rFonts w:ascii="Calibri" w:hAnsi="Calibri"/>
      <w:color w:val="1F1F1F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D78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D78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80"/>
      <w:ind w:left="720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80"/>
      <w:ind w:left="7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rsid w:val="00A86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partimento.azienda.foreste@certmail.regione.sici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MANIFESTAZIONE DI INTERESSE E OFFERTA ECONOMICA</dc:title>
  <dc:subject/>
  <dc:creator>Servizio 13 – Servizio per il Territorio di Messina</dc:creator>
  <cp:keywords/>
  <dc:description>generated by python-docx</dc:description>
  <cp:lastModifiedBy>Salvo Barbagallo</cp:lastModifiedBy>
  <cp:revision>9</cp:revision>
  <dcterms:created xsi:type="dcterms:W3CDTF">2013-12-23T23:15:00Z</dcterms:created>
  <dcterms:modified xsi:type="dcterms:W3CDTF">2026-09-10T14:32:00Z</dcterms:modified>
  <cp:category/>
</cp:coreProperties>
</file>