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B2580" w14:textId="77777777" w:rsidR="001F4B51" w:rsidRDefault="00000000" w:rsidP="0088768A">
      <w:pPr>
        <w:jc w:val="right"/>
      </w:pPr>
      <w:r>
        <w:rPr>
          <w:b/>
          <w:sz w:val="22"/>
        </w:rPr>
        <w:t>REGIONE SICILIANA</w:t>
      </w:r>
    </w:p>
    <w:p w14:paraId="457A8B52" w14:textId="77777777" w:rsidR="001F4B51" w:rsidRDefault="00000000" w:rsidP="0088768A">
      <w:pPr>
        <w:jc w:val="right"/>
      </w:pPr>
      <w:r>
        <w:rPr>
          <w:b/>
        </w:rPr>
        <w:t>DIPARTIMENTO REGIONALE DELLO SVILUPPO RURALE E TERRITORIALE</w:t>
      </w:r>
    </w:p>
    <w:p w14:paraId="093FB151" w14:textId="77777777" w:rsidR="001F4B51" w:rsidRDefault="00000000" w:rsidP="0088768A">
      <w:pPr>
        <w:jc w:val="right"/>
        <w:rPr>
          <w:b/>
        </w:rPr>
      </w:pPr>
      <w:r>
        <w:rPr>
          <w:b/>
        </w:rPr>
        <w:t>SERVIZIO 13 – SERVIZIO PER IL TERRITORIO DI MESSINA</w:t>
      </w:r>
    </w:p>
    <w:p w14:paraId="3C8EAE60" w14:textId="77777777" w:rsidR="0088768A" w:rsidRPr="006472AF" w:rsidRDefault="0088768A" w:rsidP="0088768A">
      <w:pPr>
        <w:spacing w:after="0" w:line="240" w:lineRule="auto"/>
        <w:ind w:right="-61"/>
        <w:jc w:val="right"/>
        <w:rPr>
          <w:rFonts w:asciiTheme="majorHAnsi" w:hAnsiTheme="majorHAnsi" w:cstheme="majorHAnsi"/>
        </w:rPr>
      </w:pPr>
      <w:r w:rsidRPr="006472AF">
        <w:rPr>
          <w:rFonts w:asciiTheme="majorHAnsi" w:hAnsiTheme="majorHAnsi" w:cstheme="majorHAnsi"/>
        </w:rPr>
        <w:t>PEC:</w:t>
      </w:r>
      <w:r w:rsidRPr="006472AF">
        <w:rPr>
          <w:rFonts w:asciiTheme="majorHAnsi" w:hAnsiTheme="majorHAnsi" w:cstheme="majorHAnsi"/>
          <w:lang w:val="it-IT"/>
        </w:rPr>
        <w:t xml:space="preserve"> </w:t>
      </w:r>
      <w:hyperlink r:id="rId8" w:history="1">
        <w:r w:rsidRPr="006472AF">
          <w:rPr>
            <w:rStyle w:val="Collegamentoipertestuale"/>
            <w:rFonts w:asciiTheme="majorHAnsi" w:hAnsiTheme="majorHAnsi" w:cstheme="majorHAnsi"/>
            <w:lang w:val="it-IT"/>
          </w:rPr>
          <w:t>dipartimento.azienda.foreste@certmail.regione.sicilia.it</w:t>
        </w:r>
      </w:hyperlink>
    </w:p>
    <w:p w14:paraId="347661B2" w14:textId="77777777" w:rsidR="0088768A" w:rsidRDefault="0088768A" w:rsidP="0088768A">
      <w:pPr>
        <w:jc w:val="right"/>
      </w:pPr>
    </w:p>
    <w:p w14:paraId="62EAB7A6" w14:textId="77777777" w:rsidR="0088768A" w:rsidRDefault="0088768A" w:rsidP="0088768A">
      <w:pPr>
        <w:pStyle w:val="Titolo"/>
        <w:pBdr>
          <w:bottom w:val="single" w:sz="8" w:space="6" w:color="4F81BD" w:themeColor="accent1"/>
        </w:pBdr>
        <w:jc w:val="center"/>
        <w:rPr>
          <w:rFonts w:ascii="Arial" w:hAnsi="Arial"/>
          <w:b/>
          <w:sz w:val="30"/>
        </w:rPr>
      </w:pPr>
    </w:p>
    <w:p w14:paraId="0DB09F27" w14:textId="77777777" w:rsidR="0088768A" w:rsidRDefault="0088768A" w:rsidP="0088768A">
      <w:pPr>
        <w:pStyle w:val="Titolo"/>
        <w:pBdr>
          <w:bottom w:val="single" w:sz="8" w:space="6" w:color="4F81BD" w:themeColor="accent1"/>
        </w:pBdr>
        <w:jc w:val="center"/>
        <w:rPr>
          <w:rFonts w:ascii="Arial" w:hAnsi="Arial"/>
          <w:b/>
          <w:sz w:val="30"/>
        </w:rPr>
      </w:pPr>
    </w:p>
    <w:p w14:paraId="6B8232CF" w14:textId="297722FC" w:rsidR="001F4B51" w:rsidRPr="00617A97" w:rsidRDefault="0088768A" w:rsidP="0088768A">
      <w:pPr>
        <w:pStyle w:val="Titolo"/>
        <w:pBdr>
          <w:bottom w:val="single" w:sz="8" w:space="6" w:color="4F81BD" w:themeColor="accent1"/>
        </w:pBdr>
        <w:tabs>
          <w:tab w:val="left" w:pos="1140"/>
          <w:tab w:val="center" w:pos="4873"/>
        </w:tabs>
        <w:rPr>
          <w:bCs/>
        </w:rPr>
      </w:pPr>
      <w:r w:rsidRPr="00617A97">
        <w:rPr>
          <w:rFonts w:ascii="Arial" w:hAnsi="Arial"/>
          <w:bCs/>
          <w:sz w:val="30"/>
        </w:rPr>
        <w:tab/>
      </w:r>
      <w:r w:rsidRPr="00617A97">
        <w:rPr>
          <w:rFonts w:ascii="Arial" w:hAnsi="Arial"/>
          <w:bCs/>
          <w:sz w:val="30"/>
        </w:rPr>
        <w:tab/>
      </w:r>
      <w:proofErr w:type="spellStart"/>
      <w:r w:rsidR="00000000" w:rsidRPr="00617A97">
        <w:rPr>
          <w:rFonts w:ascii="Arial" w:hAnsi="Arial"/>
          <w:bCs/>
          <w:sz w:val="30"/>
        </w:rPr>
        <w:t>Modello</w:t>
      </w:r>
      <w:proofErr w:type="spellEnd"/>
      <w:r w:rsidR="00000000" w:rsidRPr="00617A97">
        <w:rPr>
          <w:rFonts w:ascii="Arial" w:hAnsi="Arial"/>
          <w:bCs/>
          <w:sz w:val="30"/>
        </w:rPr>
        <w:t xml:space="preserve"> di </w:t>
      </w:r>
      <w:proofErr w:type="spellStart"/>
      <w:r w:rsidR="00000000" w:rsidRPr="00617A97">
        <w:rPr>
          <w:rFonts w:ascii="Arial" w:hAnsi="Arial"/>
          <w:bCs/>
          <w:sz w:val="30"/>
        </w:rPr>
        <w:t>offerta</w:t>
      </w:r>
      <w:proofErr w:type="spellEnd"/>
      <w:r w:rsidR="00000000" w:rsidRPr="00617A97">
        <w:rPr>
          <w:rFonts w:ascii="Arial" w:hAnsi="Arial"/>
          <w:bCs/>
          <w:sz w:val="30"/>
        </w:rPr>
        <w:t xml:space="preserve"> </w:t>
      </w:r>
      <w:proofErr w:type="spellStart"/>
      <w:r w:rsidR="00000000" w:rsidRPr="00617A97">
        <w:rPr>
          <w:rFonts w:ascii="Arial" w:hAnsi="Arial"/>
          <w:bCs/>
          <w:sz w:val="30"/>
        </w:rPr>
        <w:t>economica</w:t>
      </w:r>
      <w:proofErr w:type="spellEnd"/>
    </w:p>
    <w:p w14:paraId="7CE42CDA" w14:textId="77777777" w:rsidR="001F4B51" w:rsidRPr="00617A97" w:rsidRDefault="00000000">
      <w:pPr>
        <w:jc w:val="center"/>
        <w:rPr>
          <w:bCs/>
        </w:rPr>
      </w:pPr>
      <w:proofErr w:type="spellStart"/>
      <w:r w:rsidRPr="00617A97">
        <w:rPr>
          <w:bCs/>
          <w:sz w:val="20"/>
        </w:rPr>
        <w:t>Vendita</w:t>
      </w:r>
      <w:proofErr w:type="spellEnd"/>
      <w:r w:rsidRPr="00617A97">
        <w:rPr>
          <w:bCs/>
          <w:sz w:val="20"/>
        </w:rPr>
        <w:t xml:space="preserve"> a </w:t>
      </w:r>
      <w:proofErr w:type="spellStart"/>
      <w:r w:rsidRPr="00617A97">
        <w:rPr>
          <w:bCs/>
          <w:sz w:val="20"/>
        </w:rPr>
        <w:t>corpo</w:t>
      </w:r>
      <w:proofErr w:type="spellEnd"/>
      <w:r w:rsidRPr="00617A97">
        <w:rPr>
          <w:bCs/>
          <w:sz w:val="20"/>
        </w:rPr>
        <w:t xml:space="preserve"> di materiale legnoso di conifere – lotto unico</w:t>
      </w:r>
    </w:p>
    <w:p w14:paraId="58999890" w14:textId="77777777" w:rsidR="001F4B51" w:rsidRPr="00617A97" w:rsidRDefault="00000000">
      <w:pPr>
        <w:spacing w:after="0" w:line="216" w:lineRule="auto"/>
        <w:rPr>
          <w:bCs/>
        </w:rPr>
      </w:pPr>
      <w:r w:rsidRPr="00617A97">
        <w:rPr>
          <w:bCs/>
        </w:rPr>
        <w:t>Il/La sottoscritto/a __________________________________________________________________________________</w:t>
      </w:r>
    </w:p>
    <w:p w14:paraId="177E9F69" w14:textId="77777777" w:rsidR="001F4B51" w:rsidRPr="00617A97" w:rsidRDefault="00000000">
      <w:pPr>
        <w:spacing w:after="0" w:line="216" w:lineRule="auto"/>
        <w:rPr>
          <w:bCs/>
        </w:rPr>
      </w:pPr>
      <w:r w:rsidRPr="00617A97">
        <w:rPr>
          <w:bCs/>
        </w:rPr>
        <w:t>nato/a a ______________________________________</w:t>
      </w:r>
    </w:p>
    <w:p w14:paraId="6FB6437A" w14:textId="77777777" w:rsidR="001F4B51" w:rsidRPr="00617A97" w:rsidRDefault="00000000">
      <w:pPr>
        <w:spacing w:after="0" w:line="216" w:lineRule="auto"/>
        <w:rPr>
          <w:bCs/>
        </w:rPr>
      </w:pPr>
      <w:r w:rsidRPr="00617A97">
        <w:rPr>
          <w:bCs/>
        </w:rPr>
        <w:t>il ____________________________</w:t>
      </w:r>
    </w:p>
    <w:p w14:paraId="3E479256" w14:textId="77777777" w:rsidR="001F4B51" w:rsidRPr="00617A97" w:rsidRDefault="00000000">
      <w:pPr>
        <w:spacing w:after="0" w:line="216" w:lineRule="auto"/>
        <w:rPr>
          <w:bCs/>
        </w:rPr>
      </w:pPr>
      <w:r w:rsidRPr="00617A97">
        <w:rPr>
          <w:bCs/>
        </w:rPr>
        <w:t>in qualità di __________________________________________________________________________________</w:t>
      </w:r>
    </w:p>
    <w:p w14:paraId="5AC5C030" w14:textId="77777777" w:rsidR="001F4B51" w:rsidRPr="00617A97" w:rsidRDefault="00000000">
      <w:pPr>
        <w:spacing w:after="0" w:line="216" w:lineRule="auto"/>
        <w:rPr>
          <w:bCs/>
        </w:rPr>
      </w:pPr>
      <w:r w:rsidRPr="00617A97">
        <w:rPr>
          <w:bCs/>
        </w:rPr>
        <w:t>dell’operatore economico __________________________________________________________________________________</w:t>
      </w:r>
    </w:p>
    <w:p w14:paraId="6F6ACE32" w14:textId="77777777" w:rsidR="001F4B51" w:rsidRPr="00617A97" w:rsidRDefault="00000000">
      <w:pPr>
        <w:spacing w:after="0" w:line="216" w:lineRule="auto"/>
        <w:rPr>
          <w:bCs/>
        </w:rPr>
      </w:pPr>
      <w:r w:rsidRPr="00617A97">
        <w:rPr>
          <w:bCs/>
        </w:rPr>
        <w:t>con sede in ______________________________________</w:t>
      </w:r>
    </w:p>
    <w:p w14:paraId="6F754F6B" w14:textId="77777777" w:rsidR="001F4B51" w:rsidRPr="00617A97" w:rsidRDefault="00000000">
      <w:pPr>
        <w:spacing w:after="0" w:line="216" w:lineRule="auto"/>
        <w:rPr>
          <w:bCs/>
        </w:rPr>
      </w:pPr>
      <w:r w:rsidRPr="00617A97">
        <w:rPr>
          <w:bCs/>
        </w:rPr>
        <w:t>C.F./P. IVA ____________________________</w:t>
      </w:r>
    </w:p>
    <w:p w14:paraId="0274B46F" w14:textId="77777777" w:rsidR="001F4B51" w:rsidRPr="00617A97" w:rsidRDefault="00000000">
      <w:pPr>
        <w:spacing w:after="0" w:line="216" w:lineRule="auto"/>
        <w:rPr>
          <w:bCs/>
        </w:rPr>
      </w:pPr>
      <w:r w:rsidRPr="00617A97">
        <w:rPr>
          <w:bCs/>
        </w:rPr>
        <w:t>PEC __________________________________________________________________________________</w:t>
      </w:r>
    </w:p>
    <w:p w14:paraId="523AC3D7" w14:textId="77777777" w:rsidR="001F4B51" w:rsidRPr="00617A97" w:rsidRDefault="00000000">
      <w:pPr>
        <w:spacing w:before="160"/>
        <w:rPr>
          <w:bCs/>
        </w:rPr>
      </w:pPr>
      <w:r w:rsidRPr="00617A97">
        <w:rPr>
          <w:bCs/>
          <w:sz w:val="22"/>
        </w:rPr>
        <w:t>DICHIARA</w:t>
      </w:r>
    </w:p>
    <w:p w14:paraId="3377EDD1" w14:textId="77777777" w:rsidR="001F4B51" w:rsidRPr="00617A97" w:rsidRDefault="00000000">
      <w:pPr>
        <w:pStyle w:val="Puntoelenco"/>
        <w:spacing w:after="20" w:line="221" w:lineRule="auto"/>
        <w:rPr>
          <w:bCs/>
        </w:rPr>
      </w:pPr>
      <w:r w:rsidRPr="00617A97">
        <w:rPr>
          <w:bCs/>
        </w:rPr>
        <w:t>di aver preso visione dell’avviso pubblico, del disciplinare di vendita e della relazione tecnico-estimativa;</w:t>
      </w:r>
    </w:p>
    <w:p w14:paraId="1AEB4C2F" w14:textId="77777777" w:rsidR="001F4B51" w:rsidRPr="00617A97" w:rsidRDefault="00000000">
      <w:pPr>
        <w:pStyle w:val="Puntoelenco"/>
        <w:spacing w:after="20" w:line="221" w:lineRule="auto"/>
        <w:rPr>
          <w:bCs/>
        </w:rPr>
      </w:pPr>
      <w:r w:rsidRPr="00617A97">
        <w:rPr>
          <w:bCs/>
        </w:rPr>
        <w:t>di aver effettuato il sopralluogo presso le aree interessate dalla vendita e di aver preso visione del materiale legnoso, delle condizioni di accessibilità, dei percorsi utilizzabili e delle modalità operative necessarie per il concentramento, l’esbosco, il carico e il trasporto;</w:t>
      </w:r>
    </w:p>
    <w:p w14:paraId="4FD67812" w14:textId="77777777" w:rsidR="001F4B51" w:rsidRPr="00617A97" w:rsidRDefault="00000000">
      <w:pPr>
        <w:pStyle w:val="Puntoelenco"/>
        <w:spacing w:after="20" w:line="221" w:lineRule="auto"/>
        <w:rPr>
          <w:bCs/>
        </w:rPr>
      </w:pPr>
      <w:r w:rsidRPr="00617A97">
        <w:rPr>
          <w:bCs/>
        </w:rPr>
        <w:t>di accettare che la vendita è effettuata a corpo, per l’intero lotto unico, nello stato di fatto in cui il materiale si trova, senza pesature finali e senza conguagli, riduzioni o maggiorazioni del prezzo;</w:t>
      </w:r>
    </w:p>
    <w:p w14:paraId="71C931F0" w14:textId="77777777" w:rsidR="001F4B51" w:rsidRPr="00617A97" w:rsidRDefault="00000000">
      <w:pPr>
        <w:pStyle w:val="Puntoelenco"/>
        <w:spacing w:after="20" w:line="221" w:lineRule="auto"/>
        <w:rPr>
          <w:bCs/>
        </w:rPr>
      </w:pPr>
      <w:r w:rsidRPr="00617A97">
        <w:rPr>
          <w:bCs/>
        </w:rPr>
        <w:t>di assumere integralmente a proprio carico gli oneri relativi al concentramento, all’esbosco, al carico, al trasporto, alla rimozione dei residui prodotti dalle proprie lavorazioni e alla pulizia delle aree, senza alcun compenso aggiuntivo da parte dell’Amministrazione;</w:t>
      </w:r>
    </w:p>
    <w:p w14:paraId="4E8DB780" w14:textId="77777777" w:rsidR="001F4B51" w:rsidRPr="00617A97" w:rsidRDefault="00000000">
      <w:pPr>
        <w:pStyle w:val="Puntoelenco"/>
        <w:spacing w:after="20" w:line="221" w:lineRule="auto"/>
        <w:rPr>
          <w:bCs/>
        </w:rPr>
      </w:pPr>
      <w:r w:rsidRPr="00617A97">
        <w:rPr>
          <w:bCs/>
        </w:rPr>
        <w:t>di impegnarsi a rispettare tutte le prescrizioni contenute negli atti della procedura, nel verbale di consegna e negli eventuali nulla osta e autorizzazioni applicabili.</w:t>
      </w:r>
    </w:p>
    <w:p w14:paraId="2DC59852" w14:textId="77777777" w:rsidR="001F4B51" w:rsidRPr="00617A97" w:rsidRDefault="00000000">
      <w:pPr>
        <w:spacing w:before="80"/>
        <w:rPr>
          <w:bCs/>
        </w:rPr>
      </w:pPr>
      <w:r w:rsidRPr="00617A97">
        <w:rPr>
          <w:bCs/>
          <w:sz w:val="20"/>
        </w:rPr>
        <w:t>FORMULA LA SEGUENTE OFFERTA ECONOMICA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6350"/>
        <w:gridCol w:w="3061"/>
      </w:tblGrid>
      <w:tr w:rsidR="001F4B51" w:rsidRPr="00617A97" w14:paraId="79D17D12" w14:textId="77777777" w:rsidTr="0088768A">
        <w:tc>
          <w:tcPr>
            <w:tcW w:w="6350" w:type="dxa"/>
          </w:tcPr>
          <w:p w14:paraId="10714E12" w14:textId="77777777" w:rsidR="001F4B51" w:rsidRPr="00617A97" w:rsidRDefault="00000000">
            <w:pPr>
              <w:rPr>
                <w:bCs/>
              </w:rPr>
            </w:pPr>
            <w:r w:rsidRPr="00617A97">
              <w:rPr>
                <w:bCs/>
                <w:sz w:val="20"/>
              </w:rPr>
              <w:t>Descrizione</w:t>
            </w:r>
          </w:p>
        </w:tc>
        <w:tc>
          <w:tcPr>
            <w:tcW w:w="3061" w:type="dxa"/>
          </w:tcPr>
          <w:p w14:paraId="65CCB891" w14:textId="77777777" w:rsidR="001F4B51" w:rsidRPr="00617A97" w:rsidRDefault="00000000">
            <w:pPr>
              <w:jc w:val="center"/>
              <w:rPr>
                <w:bCs/>
              </w:rPr>
            </w:pPr>
            <w:r w:rsidRPr="00617A97">
              <w:rPr>
                <w:bCs/>
                <w:sz w:val="20"/>
              </w:rPr>
              <w:t>Importo</w:t>
            </w:r>
          </w:p>
        </w:tc>
      </w:tr>
      <w:tr w:rsidR="001F4B51" w:rsidRPr="00617A97" w14:paraId="4DBB96EF" w14:textId="77777777" w:rsidTr="0088768A">
        <w:tc>
          <w:tcPr>
            <w:tcW w:w="6350" w:type="dxa"/>
          </w:tcPr>
          <w:p w14:paraId="74B8190B" w14:textId="77777777" w:rsidR="001F4B51" w:rsidRPr="00617A97" w:rsidRDefault="00000000">
            <w:pPr>
              <w:rPr>
                <w:bCs/>
              </w:rPr>
            </w:pPr>
            <w:r w:rsidRPr="00617A97">
              <w:rPr>
                <w:bCs/>
                <w:sz w:val="20"/>
              </w:rPr>
              <w:t>Prezzo complessivo posto a base della vendita</w:t>
            </w:r>
          </w:p>
        </w:tc>
        <w:tc>
          <w:tcPr>
            <w:tcW w:w="3061" w:type="dxa"/>
          </w:tcPr>
          <w:p w14:paraId="55A59E6D" w14:textId="6CB5B7A0" w:rsidR="001F4B51" w:rsidRPr="00617A97" w:rsidRDefault="00000000">
            <w:pPr>
              <w:jc w:val="center"/>
              <w:rPr>
                <w:bCs/>
              </w:rPr>
            </w:pPr>
            <w:r w:rsidRPr="00617A97">
              <w:rPr>
                <w:bCs/>
                <w:sz w:val="20"/>
              </w:rPr>
              <w:t>€ 1</w:t>
            </w:r>
            <w:r w:rsidR="00617A97" w:rsidRPr="00617A97">
              <w:rPr>
                <w:bCs/>
                <w:sz w:val="20"/>
              </w:rPr>
              <w:t>4</w:t>
            </w:r>
            <w:r w:rsidRPr="00617A97">
              <w:rPr>
                <w:bCs/>
                <w:sz w:val="20"/>
              </w:rPr>
              <w:t>.</w:t>
            </w:r>
            <w:r w:rsidR="00617A97" w:rsidRPr="00617A97">
              <w:rPr>
                <w:bCs/>
                <w:sz w:val="20"/>
              </w:rPr>
              <w:t>0</w:t>
            </w:r>
            <w:r w:rsidRPr="00617A97">
              <w:rPr>
                <w:bCs/>
                <w:sz w:val="20"/>
              </w:rPr>
              <w:t>00,00</w:t>
            </w:r>
          </w:p>
        </w:tc>
      </w:tr>
      <w:tr w:rsidR="001F4B51" w:rsidRPr="00617A97" w14:paraId="14DCEAD9" w14:textId="77777777" w:rsidTr="0088768A">
        <w:tc>
          <w:tcPr>
            <w:tcW w:w="6350" w:type="dxa"/>
          </w:tcPr>
          <w:p w14:paraId="4A79CDAD" w14:textId="77777777" w:rsidR="0088768A" w:rsidRPr="00617A97" w:rsidRDefault="0088768A">
            <w:pPr>
              <w:rPr>
                <w:bCs/>
                <w:sz w:val="20"/>
              </w:rPr>
            </w:pPr>
          </w:p>
          <w:p w14:paraId="4F4253F2" w14:textId="0C7047A9" w:rsidR="001F4B51" w:rsidRPr="00617A97" w:rsidRDefault="00000000">
            <w:pPr>
              <w:rPr>
                <w:bCs/>
                <w:sz w:val="20"/>
              </w:rPr>
            </w:pPr>
            <w:r w:rsidRPr="00617A97">
              <w:rPr>
                <w:bCs/>
                <w:sz w:val="20"/>
              </w:rPr>
              <w:t xml:space="preserve">Prezzo </w:t>
            </w:r>
            <w:proofErr w:type="spellStart"/>
            <w:r w:rsidRPr="00617A97">
              <w:rPr>
                <w:bCs/>
                <w:sz w:val="20"/>
              </w:rPr>
              <w:t>complessivo</w:t>
            </w:r>
            <w:proofErr w:type="spellEnd"/>
            <w:r w:rsidRPr="00617A97">
              <w:rPr>
                <w:bCs/>
                <w:sz w:val="20"/>
              </w:rPr>
              <w:t xml:space="preserve"> </w:t>
            </w:r>
            <w:proofErr w:type="spellStart"/>
            <w:r w:rsidRPr="00617A97">
              <w:rPr>
                <w:bCs/>
                <w:sz w:val="20"/>
              </w:rPr>
              <w:t>offerto</w:t>
            </w:r>
            <w:proofErr w:type="spellEnd"/>
            <w:r w:rsidRPr="00617A97">
              <w:rPr>
                <w:bCs/>
                <w:sz w:val="20"/>
              </w:rPr>
              <w:t xml:space="preserve"> in </w:t>
            </w:r>
            <w:proofErr w:type="spellStart"/>
            <w:r w:rsidRPr="00617A97">
              <w:rPr>
                <w:bCs/>
                <w:sz w:val="20"/>
              </w:rPr>
              <w:t>aumento</w:t>
            </w:r>
            <w:proofErr w:type="spellEnd"/>
            <w:r w:rsidRPr="00617A97">
              <w:rPr>
                <w:bCs/>
                <w:sz w:val="20"/>
              </w:rPr>
              <w:t xml:space="preserve"> per </w:t>
            </w:r>
            <w:proofErr w:type="spellStart"/>
            <w:r w:rsidRPr="00617A97">
              <w:rPr>
                <w:bCs/>
                <w:sz w:val="20"/>
              </w:rPr>
              <w:t>l’intero</w:t>
            </w:r>
            <w:proofErr w:type="spellEnd"/>
            <w:r w:rsidRPr="00617A97">
              <w:rPr>
                <w:bCs/>
                <w:sz w:val="20"/>
              </w:rPr>
              <w:t xml:space="preserve"> lotto</w:t>
            </w:r>
          </w:p>
          <w:p w14:paraId="309A38C6" w14:textId="77777777" w:rsidR="0088768A" w:rsidRPr="00617A97" w:rsidRDefault="0088768A">
            <w:pPr>
              <w:rPr>
                <w:bCs/>
              </w:rPr>
            </w:pPr>
          </w:p>
        </w:tc>
        <w:tc>
          <w:tcPr>
            <w:tcW w:w="3061" w:type="dxa"/>
          </w:tcPr>
          <w:p w14:paraId="1065CE17" w14:textId="77777777" w:rsidR="0088768A" w:rsidRPr="00617A97" w:rsidRDefault="0088768A">
            <w:pPr>
              <w:jc w:val="center"/>
              <w:rPr>
                <w:bCs/>
                <w:sz w:val="22"/>
              </w:rPr>
            </w:pPr>
          </w:p>
          <w:p w14:paraId="2780D7A0" w14:textId="3DD430ED" w:rsidR="001F4B51" w:rsidRPr="00617A97" w:rsidRDefault="00000000">
            <w:pPr>
              <w:jc w:val="center"/>
              <w:rPr>
                <w:bCs/>
              </w:rPr>
            </w:pPr>
            <w:r w:rsidRPr="00617A97">
              <w:rPr>
                <w:bCs/>
                <w:sz w:val="22"/>
              </w:rPr>
              <w:t>€ ____________________</w:t>
            </w:r>
          </w:p>
        </w:tc>
      </w:tr>
    </w:tbl>
    <w:p w14:paraId="7A2A3283" w14:textId="77777777" w:rsidR="001F4B51" w:rsidRPr="00617A97" w:rsidRDefault="00000000">
      <w:pPr>
        <w:spacing w:before="80"/>
        <w:rPr>
          <w:bCs/>
        </w:rPr>
      </w:pPr>
      <w:r w:rsidRPr="00617A97">
        <w:rPr>
          <w:bCs/>
        </w:rPr>
        <w:t>Importo offerto in lettere: _____________________________________________________________________________</w:t>
      </w:r>
    </w:p>
    <w:p w14:paraId="3FE0C7D2" w14:textId="77777777" w:rsidR="001F4B51" w:rsidRPr="00617A97" w:rsidRDefault="00000000">
      <w:pPr>
        <w:spacing w:before="60"/>
        <w:rPr>
          <w:bCs/>
        </w:rPr>
      </w:pPr>
      <w:r w:rsidRPr="00617A97">
        <w:rPr>
          <w:bCs/>
          <w:i/>
          <w:sz w:val="16"/>
        </w:rPr>
        <w:t>L’importo offerto è riferito all’intero lotto unico e costituisce un’offerta in aumento rispetto al prezzo posto a base della vendita.</w:t>
      </w:r>
    </w:p>
    <w:p w14:paraId="2D5EA36C" w14:textId="77777777" w:rsidR="001F4B51" w:rsidRPr="00617A97" w:rsidRDefault="00000000">
      <w:pPr>
        <w:spacing w:before="100"/>
        <w:rPr>
          <w:bCs/>
        </w:rPr>
      </w:pPr>
      <w:r w:rsidRPr="00617A97">
        <w:rPr>
          <w:bCs/>
        </w:rPr>
        <w:t>Luogo e data: __________________________________________</w:t>
      </w:r>
    </w:p>
    <w:p w14:paraId="22B041CD" w14:textId="77777777" w:rsidR="001F4B51" w:rsidRPr="00617A97" w:rsidRDefault="00000000" w:rsidP="0088768A">
      <w:pPr>
        <w:spacing w:before="80"/>
        <w:jc w:val="center"/>
        <w:rPr>
          <w:bCs/>
        </w:rPr>
      </w:pPr>
      <w:r w:rsidRPr="00617A97">
        <w:rPr>
          <w:bCs/>
        </w:rPr>
        <w:t>Firma del legale rappresentante o del soggetto munito dei necessari poteri</w:t>
      </w:r>
    </w:p>
    <w:p w14:paraId="5ED90799" w14:textId="77777777" w:rsidR="001F4B51" w:rsidRPr="00617A97" w:rsidRDefault="00000000">
      <w:pPr>
        <w:spacing w:before="60"/>
        <w:jc w:val="center"/>
        <w:rPr>
          <w:bCs/>
        </w:rPr>
      </w:pPr>
      <w:r w:rsidRPr="00617A97">
        <w:rPr>
          <w:bCs/>
        </w:rPr>
        <w:t>__________________________________________</w:t>
      </w:r>
    </w:p>
    <w:p w14:paraId="47056647" w14:textId="77777777" w:rsidR="001F4B51" w:rsidRPr="00617A97" w:rsidRDefault="00000000">
      <w:pPr>
        <w:jc w:val="center"/>
        <w:rPr>
          <w:bCs/>
          <w:i/>
          <w:sz w:val="14"/>
        </w:rPr>
      </w:pPr>
      <w:r w:rsidRPr="00617A97">
        <w:rPr>
          <w:bCs/>
          <w:i/>
          <w:sz w:val="14"/>
        </w:rPr>
        <w:t>(firma digitale o firma autografa, con allegata copia del documento di identità ove necessaria)</w:t>
      </w:r>
    </w:p>
    <w:p w14:paraId="66859102" w14:textId="77777777" w:rsidR="0088768A" w:rsidRPr="0088768A" w:rsidRDefault="0088768A" w:rsidP="0088768A"/>
    <w:p w14:paraId="2EA3FA64" w14:textId="63C98B9E" w:rsidR="0088768A" w:rsidRPr="0088768A" w:rsidRDefault="0088768A" w:rsidP="0088768A">
      <w:pPr>
        <w:tabs>
          <w:tab w:val="left" w:pos="3570"/>
        </w:tabs>
      </w:pPr>
      <w:r>
        <w:tab/>
      </w:r>
    </w:p>
    <w:sectPr w:rsidR="0088768A" w:rsidRPr="0088768A" w:rsidSect="00034616">
      <w:pgSz w:w="12240" w:h="15840"/>
      <w:pgMar w:top="765" w:right="1247" w:bottom="709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E31E5" w14:textId="77777777" w:rsidR="003B30B9" w:rsidRDefault="003B30B9">
      <w:pPr>
        <w:spacing w:after="0" w:line="240" w:lineRule="auto"/>
      </w:pPr>
      <w:r>
        <w:separator/>
      </w:r>
    </w:p>
  </w:endnote>
  <w:endnote w:type="continuationSeparator" w:id="0">
    <w:p w14:paraId="720F708C" w14:textId="77777777" w:rsidR="003B30B9" w:rsidRDefault="003B3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BFAC5" w14:textId="77777777" w:rsidR="003B30B9" w:rsidRDefault="003B30B9">
      <w:pPr>
        <w:spacing w:after="0" w:line="240" w:lineRule="auto"/>
      </w:pPr>
      <w:r>
        <w:separator/>
      </w:r>
    </w:p>
  </w:footnote>
  <w:footnote w:type="continuationSeparator" w:id="0">
    <w:p w14:paraId="7348B4F8" w14:textId="77777777" w:rsidR="003B30B9" w:rsidRDefault="003B3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3469156">
    <w:abstractNumId w:val="8"/>
  </w:num>
  <w:num w:numId="2" w16cid:durableId="171646507">
    <w:abstractNumId w:val="6"/>
  </w:num>
  <w:num w:numId="3" w16cid:durableId="1158183179">
    <w:abstractNumId w:val="5"/>
  </w:num>
  <w:num w:numId="4" w16cid:durableId="1522669577">
    <w:abstractNumId w:val="4"/>
  </w:num>
  <w:num w:numId="5" w16cid:durableId="1888686227">
    <w:abstractNumId w:val="7"/>
  </w:num>
  <w:num w:numId="6" w16cid:durableId="2063674822">
    <w:abstractNumId w:val="3"/>
  </w:num>
  <w:num w:numId="7" w16cid:durableId="131144460">
    <w:abstractNumId w:val="2"/>
  </w:num>
  <w:num w:numId="8" w16cid:durableId="1661813638">
    <w:abstractNumId w:val="1"/>
  </w:num>
  <w:num w:numId="9" w16cid:durableId="1494876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4B51"/>
    <w:rsid w:val="0029639D"/>
    <w:rsid w:val="00326F90"/>
    <w:rsid w:val="003B30B9"/>
    <w:rsid w:val="00617A97"/>
    <w:rsid w:val="0088768A"/>
    <w:rsid w:val="009D45B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1C06A2"/>
  <w14:defaultImageDpi w14:val="300"/>
  <w15:docId w15:val="{886BCE84-D527-445F-869F-90ED13B0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rsid w:val="008876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azienda.foreste@certmail.regione.sici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Salvo Barbagallo</cp:lastModifiedBy>
  <cp:revision>3</cp:revision>
  <dcterms:created xsi:type="dcterms:W3CDTF">2013-12-23T23:15:00Z</dcterms:created>
  <dcterms:modified xsi:type="dcterms:W3CDTF">2026-09-10T14:32:00Z</dcterms:modified>
  <cp:category/>
</cp:coreProperties>
</file>