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5BDA3" w14:textId="77777777" w:rsidR="00BB309A" w:rsidRDefault="00BB309A" w:rsidP="001D705D">
      <w:pPr>
        <w:pStyle w:val="Corpotesto"/>
        <w:spacing w:before="12" w:line="240" w:lineRule="auto"/>
        <w:ind w:right="-61"/>
        <w:jc w:val="right"/>
        <w:rPr>
          <w:rFonts w:asciiTheme="minorHAnsi" w:hAnsiTheme="minorHAnsi" w:cstheme="minorHAnsi"/>
          <w:bCs/>
        </w:rPr>
      </w:pPr>
      <w:r w:rsidRPr="000F7377">
        <w:rPr>
          <w:rFonts w:asciiTheme="minorHAnsi" w:hAnsiTheme="minorHAnsi" w:cstheme="minorHAnsi"/>
          <w:bCs/>
        </w:rPr>
        <w:t>REGIONE SICILIANA</w:t>
      </w:r>
    </w:p>
    <w:p w14:paraId="7008F79E" w14:textId="77777777" w:rsidR="00BB309A" w:rsidRPr="000F7377" w:rsidRDefault="00BB309A" w:rsidP="001D705D">
      <w:pPr>
        <w:pStyle w:val="Corpotesto"/>
        <w:spacing w:before="12" w:line="240" w:lineRule="auto"/>
        <w:ind w:right="-61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Dipartimento dello Sviluppo Rurale e Territoriale</w:t>
      </w:r>
    </w:p>
    <w:p w14:paraId="23106DB3" w14:textId="77777777" w:rsidR="00BB309A" w:rsidRDefault="00BB309A" w:rsidP="001D705D">
      <w:pPr>
        <w:spacing w:line="240" w:lineRule="auto"/>
        <w:ind w:right="-61"/>
        <w:jc w:val="right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Servizio 13 - </w:t>
      </w:r>
      <w:r w:rsidRPr="00394825">
        <w:rPr>
          <w:rFonts w:asciiTheme="minorHAnsi" w:hAnsiTheme="minorHAnsi" w:cstheme="minorHAnsi"/>
          <w:sz w:val="24"/>
          <w:szCs w:val="24"/>
        </w:rPr>
        <w:t>Servizio per il Territorio di</w:t>
      </w:r>
      <w:r>
        <w:rPr>
          <w:rFonts w:asciiTheme="minorHAnsi" w:hAnsiTheme="minorHAnsi" w:cstheme="minorHAnsi"/>
          <w:sz w:val="24"/>
          <w:szCs w:val="24"/>
        </w:rPr>
        <w:t xml:space="preserve"> MESSINA</w:t>
      </w:r>
    </w:p>
    <w:p w14:paraId="5010C175" w14:textId="77777777" w:rsidR="001D705D" w:rsidRPr="006472AF" w:rsidRDefault="001D705D" w:rsidP="001D705D">
      <w:pPr>
        <w:spacing w:after="0" w:line="240" w:lineRule="auto"/>
        <w:ind w:right="-61"/>
        <w:jc w:val="right"/>
        <w:rPr>
          <w:rFonts w:asciiTheme="majorHAnsi" w:hAnsiTheme="majorHAnsi" w:cstheme="majorHAnsi"/>
          <w:color w:val="auto"/>
        </w:rPr>
      </w:pPr>
      <w:r w:rsidRPr="006472AF">
        <w:rPr>
          <w:rFonts w:asciiTheme="majorHAnsi" w:hAnsiTheme="majorHAnsi" w:cstheme="majorHAnsi"/>
          <w:color w:val="auto"/>
        </w:rPr>
        <w:t>PEC:</w:t>
      </w:r>
      <w:r w:rsidRPr="006472AF">
        <w:rPr>
          <w:rFonts w:asciiTheme="majorHAnsi" w:hAnsiTheme="majorHAnsi" w:cstheme="majorHAnsi"/>
          <w:color w:val="auto"/>
          <w:lang w:val="it-IT"/>
        </w:rPr>
        <w:t xml:space="preserve"> </w:t>
      </w:r>
      <w:hyperlink r:id="rId8" w:history="1">
        <w:r w:rsidRPr="006472AF">
          <w:rPr>
            <w:rStyle w:val="Collegamentoipertestuale"/>
            <w:rFonts w:asciiTheme="majorHAnsi" w:hAnsiTheme="majorHAnsi" w:cstheme="majorHAnsi"/>
            <w:lang w:val="it-IT"/>
          </w:rPr>
          <w:t>dipartimento.azienda.foreste@certmail.regione.sicilia.it</w:t>
        </w:r>
      </w:hyperlink>
    </w:p>
    <w:p w14:paraId="2DDA77A0" w14:textId="77777777" w:rsidR="001D705D" w:rsidRDefault="001D705D" w:rsidP="001D705D">
      <w:pPr>
        <w:spacing w:line="240" w:lineRule="auto"/>
        <w:ind w:right="855"/>
        <w:jc w:val="right"/>
        <w:rPr>
          <w:rFonts w:asciiTheme="minorHAnsi" w:hAnsiTheme="minorHAnsi" w:cstheme="minorHAnsi"/>
          <w:sz w:val="24"/>
          <w:szCs w:val="24"/>
        </w:rPr>
      </w:pPr>
    </w:p>
    <w:p w14:paraId="3A89B5D0" w14:textId="77777777" w:rsidR="001D705D" w:rsidRDefault="001D705D" w:rsidP="00BD6D1D">
      <w:pPr>
        <w:spacing w:line="240" w:lineRule="auto"/>
        <w:ind w:right="855"/>
        <w:jc w:val="right"/>
        <w:rPr>
          <w:rFonts w:asciiTheme="minorHAnsi" w:hAnsiTheme="minorHAnsi" w:cstheme="minorHAnsi"/>
          <w:sz w:val="24"/>
          <w:szCs w:val="24"/>
        </w:rPr>
      </w:pPr>
    </w:p>
    <w:p w14:paraId="47039249" w14:textId="77777777" w:rsidR="00011BFE" w:rsidRDefault="00011BFE">
      <w:pPr>
        <w:rPr>
          <w:b/>
          <w:sz w:val="40"/>
        </w:rPr>
      </w:pPr>
    </w:p>
    <w:p w14:paraId="1A14EC65" w14:textId="0216FD64" w:rsidR="0062546D" w:rsidRPr="00011BFE" w:rsidRDefault="00000000" w:rsidP="00011BFE">
      <w:pPr>
        <w:spacing w:after="0" w:line="240" w:lineRule="auto"/>
        <w:jc w:val="center"/>
        <w:rPr>
          <w:bCs/>
          <w:color w:val="auto"/>
        </w:rPr>
      </w:pPr>
      <w:r w:rsidRPr="00011BFE">
        <w:rPr>
          <w:bCs/>
          <w:color w:val="auto"/>
        </w:rPr>
        <w:t>DICHIARAZIONE SOSTITUTIVA DEI REQUISITI</w:t>
      </w:r>
    </w:p>
    <w:p w14:paraId="2FBD934B" w14:textId="77777777" w:rsidR="0062546D" w:rsidRPr="00011BFE" w:rsidRDefault="00000000" w:rsidP="00011BFE">
      <w:pPr>
        <w:spacing w:after="0" w:line="240" w:lineRule="auto"/>
        <w:rPr>
          <w:bCs/>
          <w:iCs/>
          <w:color w:val="auto"/>
        </w:rPr>
      </w:pPr>
      <w:r w:rsidRPr="00011BFE">
        <w:rPr>
          <w:bCs/>
          <w:iCs/>
          <w:color w:val="auto"/>
        </w:rPr>
        <w:t>Manifestazione di interesse e offerta economica per la vendita a corpo del lotto unico</w:t>
      </w:r>
    </w:p>
    <w:p w14:paraId="16C86B5B" w14:textId="77777777" w:rsidR="0062546D" w:rsidRPr="00011BFE" w:rsidRDefault="00000000" w:rsidP="00011BFE">
      <w:pPr>
        <w:spacing w:after="0" w:line="240" w:lineRule="auto"/>
        <w:jc w:val="both"/>
        <w:rPr>
          <w:bCs/>
          <w:color w:val="auto"/>
        </w:rPr>
      </w:pPr>
      <w:r w:rsidRPr="00011BFE">
        <w:rPr>
          <w:bCs/>
          <w:color w:val="auto"/>
        </w:rPr>
        <w:t>Ai sensi degli articoli 46 e 47 del D.P.R. 28 dicembre 2000, n. 445</w:t>
      </w:r>
    </w:p>
    <w:p w14:paraId="21CB43FF" w14:textId="77777777" w:rsidR="0062546D" w:rsidRPr="00011BFE" w:rsidRDefault="00000000" w:rsidP="00011BFE">
      <w:pPr>
        <w:spacing w:after="0" w:line="240" w:lineRule="auto"/>
        <w:jc w:val="both"/>
        <w:rPr>
          <w:bCs/>
          <w:color w:val="auto"/>
        </w:rPr>
      </w:pPr>
      <w:r w:rsidRPr="00011BFE">
        <w:rPr>
          <w:bCs/>
          <w:color w:val="auto"/>
        </w:rPr>
        <w:t>Il/La sottoscritto/a ____________________________________, nato/a a __________________ il ____________, C.F. ____________________, in qualità di ____________________ dell’impresa ______________________________, con sede in ______________________________, C.F./P.IVA ____________________, PEC ______________________________, consapevole delle responsabilità e delle sanzioni penali previste dall’articolo 76 del D.P.R. n. 445/2000 in caso di dichiarazioni false o mendaci,</w:t>
      </w:r>
    </w:p>
    <w:p w14:paraId="0DFC617C" w14:textId="77777777" w:rsidR="0062546D" w:rsidRPr="00011BFE" w:rsidRDefault="00000000" w:rsidP="00BB309A">
      <w:pPr>
        <w:spacing w:after="0" w:line="240" w:lineRule="auto"/>
        <w:jc w:val="center"/>
        <w:rPr>
          <w:bCs/>
          <w:color w:val="auto"/>
        </w:rPr>
      </w:pPr>
      <w:r w:rsidRPr="00011BFE">
        <w:rPr>
          <w:bCs/>
          <w:color w:val="auto"/>
        </w:rPr>
        <w:t>DICHIARA</w:t>
      </w:r>
    </w:p>
    <w:p w14:paraId="26348F57" w14:textId="77777777" w:rsidR="0062546D" w:rsidRPr="00011BFE" w:rsidRDefault="00000000" w:rsidP="00011BFE">
      <w:pPr>
        <w:pStyle w:val="Titolo1"/>
        <w:spacing w:before="0" w:after="0" w:line="240" w:lineRule="auto"/>
        <w:rPr>
          <w:b w:val="0"/>
          <w:color w:val="auto"/>
          <w:sz w:val="22"/>
          <w:szCs w:val="22"/>
        </w:rPr>
      </w:pPr>
      <w:r w:rsidRPr="00011BFE">
        <w:rPr>
          <w:rFonts w:ascii="Calibri" w:hAnsi="Calibri"/>
          <w:b w:val="0"/>
          <w:color w:val="auto"/>
          <w:sz w:val="22"/>
          <w:szCs w:val="22"/>
        </w:rPr>
        <w:t>1. Dati e capacità dell’impresa</w:t>
      </w:r>
    </w:p>
    <w:p w14:paraId="496BC669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essere legale rappresentante o soggetto munito dei necessari poteri di rappresentanza;</w:t>
      </w:r>
    </w:p>
    <w:p w14:paraId="46A780C3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che l’impresa è iscritta al Registro delle Imprese presso la Camera di Commercio di ____________________, n. REA ____________________;</w:t>
      </w:r>
    </w:p>
    <w:p w14:paraId="230391C8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che l’oggetto e l’attività esercitata comprendono attività compatibili con la movimentazione, il concentramento, l’esbosco, il carico e il trasporto di materiale legnoso;</w:t>
      </w:r>
    </w:p>
    <w:p w14:paraId="5AFC706F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disporre, o di poter disporre, di personale, mezzi e attrezzature idonei allo svolgimento delle operazioni previste.</w:t>
      </w:r>
    </w:p>
    <w:p w14:paraId="217236CE" w14:textId="77777777" w:rsidR="0062546D" w:rsidRPr="00011BFE" w:rsidRDefault="00000000" w:rsidP="00011BFE">
      <w:pPr>
        <w:pStyle w:val="Titolo1"/>
        <w:spacing w:before="0" w:after="0" w:line="240" w:lineRule="auto"/>
        <w:rPr>
          <w:b w:val="0"/>
          <w:color w:val="auto"/>
          <w:sz w:val="22"/>
          <w:szCs w:val="22"/>
        </w:rPr>
      </w:pPr>
      <w:r w:rsidRPr="00011BFE">
        <w:rPr>
          <w:rFonts w:ascii="Calibri" w:hAnsi="Calibri"/>
          <w:b w:val="0"/>
          <w:color w:val="auto"/>
          <w:sz w:val="22"/>
          <w:szCs w:val="22"/>
        </w:rPr>
        <w:t>2. Requisiti di ordine generale</w:t>
      </w:r>
    </w:p>
    <w:p w14:paraId="35AD4691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non trovarsi in stato di fallimento, liquidazione, amministrazione controllata, concordato preventivo o altra situazione che impedisca la partecipazione alla procedura, salvo quanto previsto dalla legge;</w:t>
      </w:r>
    </w:p>
    <w:p w14:paraId="5378F853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non trovarsi in una condizione di incapacità a contrattare con la pubblica amministrazione;</w:t>
      </w:r>
    </w:p>
    <w:p w14:paraId="62DB6536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che nei confronti del dichiarante e dei soggetti per i quali la normativa prevede l’acquisizione delle dichiarazioni non sussistono condanne o cause ostative incompatibili con la partecipazione alla procedura;</w:t>
      </w:r>
    </w:p>
    <w:p w14:paraId="15C6B963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essere in regola, per quanto dovuto, con gli obblighi contributivi, assicurativi e fiscali;</w:t>
      </w:r>
    </w:p>
    <w:p w14:paraId="03C2CC9B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non aver commesso gravi violazioni delle norme in materia di sicurezza sul lavoro, tutela ambientale e normativa forestale;</w:t>
      </w:r>
    </w:p>
    <w:p w14:paraId="63300E47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non aver riportato, nell’esercizio di attività analoghe, provvedimenti di decadenza o risoluzione per grave inadempimento nei confronti di pubbliche amministrazioni, salvo diversa valutazione prevista dall’avviso.</w:t>
      </w:r>
    </w:p>
    <w:p w14:paraId="45A0ADEF" w14:textId="77777777" w:rsidR="0062546D" w:rsidRPr="00011BFE" w:rsidRDefault="00000000" w:rsidP="00011BFE">
      <w:pPr>
        <w:pStyle w:val="Titolo1"/>
        <w:spacing w:before="0" w:after="0" w:line="240" w:lineRule="auto"/>
        <w:rPr>
          <w:b w:val="0"/>
          <w:color w:val="auto"/>
          <w:sz w:val="22"/>
          <w:szCs w:val="22"/>
        </w:rPr>
      </w:pPr>
      <w:r w:rsidRPr="00011BFE">
        <w:rPr>
          <w:rFonts w:ascii="Calibri" w:hAnsi="Calibri"/>
          <w:b w:val="0"/>
          <w:color w:val="auto"/>
          <w:sz w:val="22"/>
          <w:szCs w:val="22"/>
        </w:rPr>
        <w:t>3. Conoscenza del lotto e accettazione delle condizioni</w:t>
      </w:r>
    </w:p>
    <w:p w14:paraId="403D7221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aver preso visione, direttamente o mediante sopralluogo, del materiale, delle aree, degli accessi e delle piste, oppure di impegnarsi a farlo secondo le modalità dell’avviso;</w:t>
      </w:r>
    </w:p>
    <w:p w14:paraId="105040B2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conoscere e accettare la vendita a corpo, nello stato di fatto in cui il lotto si trova, senza pesature finali, conguagli, riduzioni o maggiorazioni del prezzo;</w:t>
      </w:r>
    </w:p>
    <w:p w14:paraId="71CEA4EF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conoscere e accettare che la quantità netta presunta complessiva è di circa 280 tonnellate e che la necromassa, la ramaglia, i cimali e le porzioni non commerciabili non costituiscono materiale venduto;</w:t>
      </w:r>
    </w:p>
    <w:p w14:paraId="1F9A4E7A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lastRenderedPageBreak/>
        <w:t>di impegnarsi a lasciare in sito la necromassa e ogni altro materiale indicato dal personale tecnico come da conservare;</w:t>
      </w:r>
    </w:p>
    <w:p w14:paraId="7DC1564A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accettare integralmente gli obblighi di concentramento, esbosco, carico, trasporto, pulizia, rimozione dei propri residui e ripristino dei danni, senza compensi aggiuntivi;</w:t>
      </w:r>
    </w:p>
    <w:p w14:paraId="7D184905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impegnarsi a completare le operazioni entro tre mesi dalla consegna;</w:t>
      </w:r>
    </w:p>
    <w:p w14:paraId="27B633A3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di impegnarsi a rispettare le prescrizioni forestali, idrogeologiche, ambientali e di sicurezza contenute negli atti della procedura, nei nulla osta e nel verbale di consegna.</w:t>
      </w:r>
    </w:p>
    <w:p w14:paraId="13E7C092" w14:textId="77777777" w:rsidR="0062546D" w:rsidRPr="00011BFE" w:rsidRDefault="00000000" w:rsidP="00011BFE">
      <w:pPr>
        <w:pStyle w:val="Titolo1"/>
        <w:spacing w:before="0" w:after="0" w:line="240" w:lineRule="auto"/>
        <w:rPr>
          <w:b w:val="0"/>
          <w:color w:val="auto"/>
          <w:sz w:val="22"/>
          <w:szCs w:val="22"/>
        </w:rPr>
      </w:pPr>
      <w:r w:rsidRPr="00011BFE">
        <w:rPr>
          <w:rFonts w:ascii="Calibri" w:hAnsi="Calibri"/>
          <w:b w:val="0"/>
          <w:color w:val="auto"/>
          <w:sz w:val="22"/>
          <w:szCs w:val="22"/>
        </w:rPr>
        <w:t>4. Impegno alla sottoscrizione</w:t>
      </w:r>
    </w:p>
    <w:p w14:paraId="3CD35809" w14:textId="77777777" w:rsidR="0062546D" w:rsidRPr="00011BFE" w:rsidRDefault="00000000" w:rsidP="00011BFE">
      <w:pPr>
        <w:spacing w:after="0" w:line="240" w:lineRule="auto"/>
        <w:jc w:val="both"/>
        <w:rPr>
          <w:bCs/>
          <w:color w:val="auto"/>
        </w:rPr>
      </w:pPr>
      <w:r w:rsidRPr="00011BFE">
        <w:rPr>
          <w:bCs/>
          <w:color w:val="auto"/>
        </w:rPr>
        <w:t xml:space="preserve">di impegnarsi, in caso di aggiudicazione, </w:t>
      </w:r>
      <w:proofErr w:type="gramStart"/>
      <w:r w:rsidRPr="00011BFE">
        <w:rPr>
          <w:bCs/>
          <w:color w:val="auto"/>
        </w:rPr>
        <w:t>a</w:t>
      </w:r>
      <w:proofErr w:type="gramEnd"/>
      <w:r w:rsidRPr="00011BFE">
        <w:rPr>
          <w:bCs/>
          <w:color w:val="auto"/>
        </w:rPr>
        <w:t xml:space="preserve"> effettuare il pagamento integrale del prezzo, a costituire l’eventuale garanzia richiesta e a sottoscrivere il contratto o atto di vendita entro il termine indicato dall’Amministrazione.</w:t>
      </w:r>
    </w:p>
    <w:p w14:paraId="12E5378D" w14:textId="77777777" w:rsidR="0062546D" w:rsidRPr="00011BFE" w:rsidRDefault="00000000" w:rsidP="00011BFE">
      <w:pPr>
        <w:pStyle w:val="Titolo1"/>
        <w:spacing w:before="0" w:after="0" w:line="240" w:lineRule="auto"/>
        <w:rPr>
          <w:b w:val="0"/>
          <w:color w:val="auto"/>
          <w:sz w:val="22"/>
          <w:szCs w:val="22"/>
        </w:rPr>
      </w:pPr>
      <w:r w:rsidRPr="00011BFE">
        <w:rPr>
          <w:rFonts w:ascii="Calibri" w:hAnsi="Calibri"/>
          <w:b w:val="0"/>
          <w:color w:val="auto"/>
          <w:sz w:val="22"/>
          <w:szCs w:val="22"/>
        </w:rPr>
        <w:t>5. Documentazione allegata</w:t>
      </w:r>
    </w:p>
    <w:p w14:paraId="7E90CD5F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copia del documento di identità del dichiarante;</w:t>
      </w:r>
    </w:p>
    <w:p w14:paraId="1423BBB6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visura camerale o indicazione dei relativi estremi;</w:t>
      </w:r>
    </w:p>
    <w:p w14:paraId="39E4F4E2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eventuale procura o documento attestante i poteri di firma;</w:t>
      </w:r>
    </w:p>
    <w:p w14:paraId="1F934BAF" w14:textId="77777777" w:rsidR="0062546D" w:rsidRPr="00011BFE" w:rsidRDefault="00000000" w:rsidP="00011BFE">
      <w:pPr>
        <w:pStyle w:val="Puntoelenco"/>
        <w:spacing w:after="0" w:line="240" w:lineRule="auto"/>
        <w:rPr>
          <w:bCs/>
          <w:color w:val="auto"/>
        </w:rPr>
      </w:pPr>
      <w:r w:rsidRPr="00011BFE">
        <w:rPr>
          <w:bCs/>
          <w:color w:val="auto"/>
        </w:rPr>
        <w:t>[ulteriore documentazione richiesta dall’avviso].</w:t>
      </w:r>
    </w:p>
    <w:p w14:paraId="70CB3A49" w14:textId="77777777" w:rsidR="0062546D" w:rsidRPr="00011BFE" w:rsidRDefault="00000000" w:rsidP="00011BFE">
      <w:pPr>
        <w:spacing w:after="0" w:line="240" w:lineRule="auto"/>
        <w:jc w:val="both"/>
        <w:rPr>
          <w:bCs/>
          <w:color w:val="auto"/>
        </w:rPr>
      </w:pPr>
      <w:r w:rsidRPr="00011BFE">
        <w:rPr>
          <w:bCs/>
          <w:color w:val="auto"/>
        </w:rPr>
        <w:t>Luogo e data ______________________________</w:t>
      </w:r>
    </w:p>
    <w:p w14:paraId="0D0729F3" w14:textId="77777777" w:rsidR="00011BFE" w:rsidRDefault="00011BFE" w:rsidP="00011BFE">
      <w:pPr>
        <w:spacing w:after="0" w:line="240" w:lineRule="auto"/>
        <w:jc w:val="right"/>
        <w:rPr>
          <w:bCs/>
          <w:color w:val="auto"/>
        </w:rPr>
      </w:pPr>
    </w:p>
    <w:p w14:paraId="60D49C0D" w14:textId="77777777" w:rsidR="00011BFE" w:rsidRDefault="00011BFE" w:rsidP="00011BFE">
      <w:pPr>
        <w:spacing w:after="0" w:line="240" w:lineRule="auto"/>
        <w:jc w:val="right"/>
        <w:rPr>
          <w:bCs/>
          <w:color w:val="auto"/>
        </w:rPr>
      </w:pPr>
    </w:p>
    <w:p w14:paraId="3F87E7D3" w14:textId="66E10047" w:rsidR="0062546D" w:rsidRPr="00011BFE" w:rsidRDefault="00000000" w:rsidP="00011BFE">
      <w:pPr>
        <w:spacing w:after="0" w:line="240" w:lineRule="auto"/>
        <w:jc w:val="right"/>
        <w:rPr>
          <w:bCs/>
          <w:color w:val="auto"/>
        </w:rPr>
      </w:pPr>
      <w:r w:rsidRPr="00011BFE">
        <w:rPr>
          <w:bCs/>
          <w:color w:val="auto"/>
        </w:rPr>
        <w:t xml:space="preserve">Firma del </w:t>
      </w:r>
      <w:proofErr w:type="spellStart"/>
      <w:r w:rsidRPr="00011BFE">
        <w:rPr>
          <w:bCs/>
          <w:color w:val="auto"/>
        </w:rPr>
        <w:t>dichiarante</w:t>
      </w:r>
      <w:proofErr w:type="spellEnd"/>
      <w:r w:rsidRPr="00011BFE">
        <w:rPr>
          <w:bCs/>
          <w:color w:val="auto"/>
        </w:rPr>
        <w:t xml:space="preserve"> ______________________________</w:t>
      </w:r>
    </w:p>
    <w:p w14:paraId="4DF765AE" w14:textId="77777777" w:rsidR="00011BFE" w:rsidRDefault="00011BFE" w:rsidP="00011BFE">
      <w:pPr>
        <w:spacing w:after="0" w:line="240" w:lineRule="auto"/>
        <w:rPr>
          <w:bCs/>
          <w:color w:val="auto"/>
        </w:rPr>
      </w:pPr>
    </w:p>
    <w:p w14:paraId="7F7AF139" w14:textId="77777777" w:rsidR="00011BFE" w:rsidRDefault="00011BFE" w:rsidP="00011BFE">
      <w:pPr>
        <w:spacing w:after="0" w:line="240" w:lineRule="auto"/>
        <w:jc w:val="center"/>
        <w:rPr>
          <w:bCs/>
          <w:color w:val="auto"/>
          <w:sz w:val="18"/>
          <w:szCs w:val="18"/>
        </w:rPr>
      </w:pPr>
    </w:p>
    <w:p w14:paraId="50FE3FDA" w14:textId="77777777" w:rsidR="00011BFE" w:rsidRDefault="00011BFE" w:rsidP="00011BFE">
      <w:pPr>
        <w:spacing w:after="0" w:line="240" w:lineRule="auto"/>
        <w:jc w:val="center"/>
        <w:rPr>
          <w:bCs/>
          <w:color w:val="auto"/>
          <w:sz w:val="18"/>
          <w:szCs w:val="18"/>
        </w:rPr>
      </w:pPr>
    </w:p>
    <w:p w14:paraId="5BD5534E" w14:textId="2A85258C" w:rsidR="0062546D" w:rsidRPr="00011BFE" w:rsidRDefault="00000000" w:rsidP="00011BFE">
      <w:pPr>
        <w:spacing w:after="0" w:line="240" w:lineRule="auto"/>
        <w:jc w:val="center"/>
        <w:rPr>
          <w:bCs/>
          <w:color w:val="auto"/>
          <w:sz w:val="18"/>
          <w:szCs w:val="18"/>
        </w:rPr>
      </w:pPr>
      <w:proofErr w:type="spellStart"/>
      <w:r w:rsidRPr="00011BFE">
        <w:rPr>
          <w:bCs/>
          <w:color w:val="auto"/>
          <w:sz w:val="18"/>
          <w:szCs w:val="18"/>
        </w:rPr>
        <w:t>Allegare</w:t>
      </w:r>
      <w:proofErr w:type="spellEnd"/>
      <w:r w:rsidRPr="00011BFE">
        <w:rPr>
          <w:bCs/>
          <w:color w:val="auto"/>
          <w:sz w:val="18"/>
          <w:szCs w:val="18"/>
        </w:rPr>
        <w:t xml:space="preserve"> </w:t>
      </w:r>
      <w:proofErr w:type="spellStart"/>
      <w:r w:rsidRPr="00011BFE">
        <w:rPr>
          <w:bCs/>
          <w:color w:val="auto"/>
          <w:sz w:val="18"/>
          <w:szCs w:val="18"/>
        </w:rPr>
        <w:t>copia</w:t>
      </w:r>
      <w:proofErr w:type="spellEnd"/>
      <w:r w:rsidRPr="00011BFE">
        <w:rPr>
          <w:bCs/>
          <w:color w:val="auto"/>
          <w:sz w:val="18"/>
          <w:szCs w:val="18"/>
        </w:rPr>
        <w:t xml:space="preserve"> del </w:t>
      </w:r>
      <w:proofErr w:type="spellStart"/>
      <w:r w:rsidRPr="00011BFE">
        <w:rPr>
          <w:bCs/>
          <w:color w:val="auto"/>
          <w:sz w:val="18"/>
          <w:szCs w:val="18"/>
        </w:rPr>
        <w:t>documento</w:t>
      </w:r>
      <w:proofErr w:type="spellEnd"/>
      <w:r w:rsidRPr="00011BFE">
        <w:rPr>
          <w:bCs/>
          <w:color w:val="auto"/>
          <w:sz w:val="18"/>
          <w:szCs w:val="18"/>
        </w:rPr>
        <w:t xml:space="preserve"> di identità, salvo sottoscrizione digitale.</w:t>
      </w:r>
    </w:p>
    <w:sectPr w:rsidR="0062546D" w:rsidRPr="00011BFE" w:rsidSect="00034616">
      <w:pgSz w:w="12240" w:h="15840"/>
      <w:pgMar w:top="1224" w:right="1224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7791" w14:textId="77777777" w:rsidR="00F44E97" w:rsidRDefault="00F44E97">
      <w:pPr>
        <w:spacing w:after="0" w:line="240" w:lineRule="auto"/>
      </w:pPr>
      <w:r>
        <w:separator/>
      </w:r>
    </w:p>
  </w:endnote>
  <w:endnote w:type="continuationSeparator" w:id="0">
    <w:p w14:paraId="3E95DE37" w14:textId="77777777" w:rsidR="00F44E97" w:rsidRDefault="00F4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601A" w14:textId="77777777" w:rsidR="00F44E97" w:rsidRDefault="00F44E97">
      <w:pPr>
        <w:spacing w:after="0" w:line="240" w:lineRule="auto"/>
      </w:pPr>
      <w:r>
        <w:separator/>
      </w:r>
    </w:p>
  </w:footnote>
  <w:footnote w:type="continuationSeparator" w:id="0">
    <w:p w14:paraId="3C930BF9" w14:textId="77777777" w:rsidR="00F44E97" w:rsidRDefault="00F44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752795">
    <w:abstractNumId w:val="8"/>
  </w:num>
  <w:num w:numId="2" w16cid:durableId="1043677947">
    <w:abstractNumId w:val="6"/>
  </w:num>
  <w:num w:numId="3" w16cid:durableId="119032482">
    <w:abstractNumId w:val="5"/>
  </w:num>
  <w:num w:numId="4" w16cid:durableId="1162626072">
    <w:abstractNumId w:val="4"/>
  </w:num>
  <w:num w:numId="5" w16cid:durableId="1653413744">
    <w:abstractNumId w:val="7"/>
  </w:num>
  <w:num w:numId="6" w16cid:durableId="840118739">
    <w:abstractNumId w:val="3"/>
  </w:num>
  <w:num w:numId="7" w16cid:durableId="198863236">
    <w:abstractNumId w:val="2"/>
  </w:num>
  <w:num w:numId="8" w16cid:durableId="841548823">
    <w:abstractNumId w:val="1"/>
  </w:num>
  <w:num w:numId="9" w16cid:durableId="35311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BFE"/>
    <w:rsid w:val="00034616"/>
    <w:rsid w:val="0006063C"/>
    <w:rsid w:val="0015074B"/>
    <w:rsid w:val="001D5626"/>
    <w:rsid w:val="001D705D"/>
    <w:rsid w:val="0029639D"/>
    <w:rsid w:val="002C3887"/>
    <w:rsid w:val="00326F90"/>
    <w:rsid w:val="0037773F"/>
    <w:rsid w:val="005C0936"/>
    <w:rsid w:val="0062546D"/>
    <w:rsid w:val="006C3A0B"/>
    <w:rsid w:val="008F3B80"/>
    <w:rsid w:val="00AA1D8D"/>
    <w:rsid w:val="00B47730"/>
    <w:rsid w:val="00BB309A"/>
    <w:rsid w:val="00BD6D1D"/>
    <w:rsid w:val="00CB0664"/>
    <w:rsid w:val="00F44E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7A9CA"/>
  <w14:defaultImageDpi w14:val="300"/>
  <w15:docId w15:val="{FB7B264F-F948-471E-8A53-356F215E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 w:line="264" w:lineRule="auto"/>
    </w:pPr>
    <w:rPr>
      <w:rFonts w:ascii="Calibri" w:hAnsi="Calibri"/>
      <w:color w:val="1F1F1F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F4D78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b/>
      <w:bCs/>
      <w:color w:val="1F4D78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rsid w:val="00011B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azienda.foreste@certmail.regione.sici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DEI REQUISITI</dc:title>
  <dc:subject/>
  <dc:creator>Servizio 13 – Servizio per il Territorio di Messina</dc:creator>
  <cp:keywords/>
  <dc:description>generated by python-docx</dc:description>
  <cp:lastModifiedBy>Salvo Barbagallo</cp:lastModifiedBy>
  <cp:revision>6</cp:revision>
  <dcterms:created xsi:type="dcterms:W3CDTF">2013-12-23T23:15:00Z</dcterms:created>
  <dcterms:modified xsi:type="dcterms:W3CDTF">2026-09-10T13:55:00Z</dcterms:modified>
  <cp:category/>
</cp:coreProperties>
</file>